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5CD8"/>
          <w:sz w:val="48"/>
        </w:rPr>
        <w:t>Class 6 — Artificial Intelligence</w:t>
      </w:r>
    </w:p>
    <w:p>
      <w:pPr>
        <w:jc w:val="center"/>
      </w:pPr>
      <w:r>
        <w:rPr>
          <w:b/>
          <w:color w:val="1A1A2E"/>
          <w:sz w:val="28"/>
        </w:rPr>
        <w:t>Objective Question Bank — The AI Lab activities</w:t>
      </w:r>
    </w:p>
    <w:p>
      <w:pPr>
        <w:jc w:val="center"/>
      </w:pPr>
      <w:r>
        <w:rPr>
          <w:color w:val="555566"/>
          <w:sz w:val="19"/>
        </w:rPr>
        <w:t>CBSE Handbook · Part 2 — Artificial Intelligence   ·   8 activities · 40 questions · 5 MCQs per activity</w:t>
      </w:r>
    </w:p>
    <w:p>
      <w:pPr>
        <w:jc w:val="center"/>
      </w:pPr>
      <w:r>
        <w:rPr>
          <w:i/>
          <w:color w:val="555566"/>
          <w:sz w:val="20"/>
        </w:rPr>
        <w:t>Five objective (multiple-choice) questions for every hands-on activity the child plays on the website. Circle or tick the one correct option. An answer key is given at the end.</w:t>
      </w:r>
    </w:p>
    <w:p/>
    <w:p>
      <w:r>
        <w:rPr>
          <w:b/>
          <w:color w:val="1F5CD8"/>
          <w:sz w:val="28"/>
        </w:rPr>
        <w:t>Activity 1. What is AI?</w:t>
      </w:r>
    </w:p>
    <w:p>
      <w:r>
        <w:rPr>
          <w:i/>
          <w:color w:val="555566"/>
          <w:sz w:val="18"/>
        </w:rPr>
        <w:t>Chapter 1 — Introduction to AI &amp; Everyday Examples   ·   plays on: ai-intro.html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Which of these best describes Artificial Intelligence?</w:t>
      </w:r>
    </w:p>
    <w:p>
      <w:pPr>
        <w:spacing w:after="20"/>
        <w:ind w:left="504"/>
      </w:pPr>
      <w:r>
        <w:rPr>
          <w:color w:val="1A1A2E"/>
          <w:sz w:val="21"/>
        </w:rPr>
        <w:t>(A)  Machines that copy human-like thinking to solve problems</w:t>
      </w:r>
    </w:p>
    <w:p>
      <w:pPr>
        <w:spacing w:after="20"/>
        <w:ind w:left="504"/>
      </w:pPr>
      <w:r>
        <w:rPr>
          <w:color w:val="1A1A2E"/>
          <w:sz w:val="21"/>
        </w:rPr>
        <w:t>(B)  A type of video game</w:t>
      </w:r>
    </w:p>
    <w:p>
      <w:pPr>
        <w:spacing w:after="20"/>
        <w:ind w:left="504"/>
      </w:pPr>
      <w:r>
        <w:rPr>
          <w:color w:val="1A1A2E"/>
          <w:sz w:val="21"/>
        </w:rPr>
        <w:t>(C)  A television remote</w:t>
      </w:r>
    </w:p>
    <w:p>
      <w:pPr>
        <w:spacing w:after="20"/>
        <w:ind w:left="504"/>
      </w:pPr>
      <w:r>
        <w:rPr>
          <w:color w:val="1A1A2E"/>
          <w:sz w:val="21"/>
        </w:rPr>
        <w:t>(D)  A very fast calculator only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Who is called the “Father of Artificial Intelligence”?</w:t>
      </w:r>
    </w:p>
    <w:p>
      <w:pPr>
        <w:spacing w:after="20"/>
        <w:ind w:left="504"/>
      </w:pPr>
      <w:r>
        <w:rPr>
          <w:color w:val="1A1A2E"/>
          <w:sz w:val="21"/>
        </w:rPr>
        <w:t>(A)  Charles Babbage</w:t>
      </w:r>
    </w:p>
    <w:p>
      <w:pPr>
        <w:spacing w:after="20"/>
        <w:ind w:left="504"/>
      </w:pPr>
      <w:r>
        <w:rPr>
          <w:color w:val="1A1A2E"/>
          <w:sz w:val="21"/>
        </w:rPr>
        <w:t>(B)  Isaac Newton</w:t>
      </w:r>
    </w:p>
    <w:p>
      <w:pPr>
        <w:spacing w:after="20"/>
        <w:ind w:left="504"/>
      </w:pPr>
      <w:r>
        <w:rPr>
          <w:color w:val="1A1A2E"/>
          <w:sz w:val="21"/>
        </w:rPr>
        <w:t>(C)  John McCarthy</w:t>
      </w:r>
    </w:p>
    <w:p>
      <w:pPr>
        <w:spacing w:after="20"/>
        <w:ind w:left="504"/>
      </w:pPr>
      <w:r>
        <w:rPr>
          <w:color w:val="1A1A2E"/>
          <w:sz w:val="21"/>
        </w:rPr>
        <w:t>(D)  Alan Turing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The Turing Test checks whether…</w:t>
      </w:r>
    </w:p>
    <w:p>
      <w:pPr>
        <w:spacing w:after="20"/>
        <w:ind w:left="504"/>
      </w:pPr>
      <w:r>
        <w:rPr>
          <w:color w:val="1A1A2E"/>
          <w:sz w:val="21"/>
        </w:rPr>
        <w:t>(A)  a robot can lift weights</w:t>
      </w:r>
    </w:p>
    <w:p>
      <w:pPr>
        <w:spacing w:after="20"/>
        <w:ind w:left="504"/>
      </w:pPr>
      <w:r>
        <w:rPr>
          <w:color w:val="1A1A2E"/>
          <w:sz w:val="21"/>
        </w:rPr>
        <w:t>(B)  a computer has a battery</w:t>
      </w:r>
    </w:p>
    <w:p>
      <w:pPr>
        <w:spacing w:after="20"/>
        <w:ind w:left="504"/>
      </w:pPr>
      <w:r>
        <w:rPr>
          <w:color w:val="1A1A2E"/>
          <w:sz w:val="21"/>
        </w:rPr>
        <w:t>(C)  a machine can run fast</w:t>
      </w:r>
    </w:p>
    <w:p>
      <w:pPr>
        <w:spacing w:after="20"/>
        <w:ind w:left="504"/>
      </w:pPr>
      <w:r>
        <w:rPr>
          <w:color w:val="1A1A2E"/>
          <w:sz w:val="21"/>
        </w:rPr>
        <w:t>(D)  you can tell a machine's answers apart from a human's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A traffic signal that changes on a fixed timer is an example of…</w:t>
      </w:r>
    </w:p>
    <w:p>
      <w:pPr>
        <w:spacing w:after="20"/>
        <w:ind w:left="504"/>
      </w:pPr>
      <w:r>
        <w:rPr>
          <w:color w:val="1A1A2E"/>
          <w:sz w:val="21"/>
        </w:rPr>
        <w:t>(A)  clustering</w:t>
      </w:r>
    </w:p>
    <w:p>
      <w:pPr>
        <w:spacing w:after="20"/>
        <w:ind w:left="504"/>
      </w:pPr>
      <w:r>
        <w:rPr>
          <w:color w:val="1A1A2E"/>
          <w:sz w:val="21"/>
        </w:rPr>
        <w:t>(B)  artificial intelligence</w:t>
      </w:r>
    </w:p>
    <w:p>
      <w:pPr>
        <w:spacing w:after="20"/>
        <w:ind w:left="504"/>
      </w:pPr>
      <w:r>
        <w:rPr>
          <w:color w:val="1A1A2E"/>
          <w:sz w:val="21"/>
        </w:rPr>
        <w:t>(C)  automation (fixed rules)</w:t>
      </w:r>
    </w:p>
    <w:p>
      <w:pPr>
        <w:spacing w:after="20"/>
        <w:ind w:left="504"/>
      </w:pPr>
      <w:r>
        <w:rPr>
          <w:color w:val="1A1A2E"/>
          <w:sz w:val="21"/>
        </w:rPr>
        <w:t>(D)  machine learning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How many main types of Machine Learning did you explore in the lab?</w:t>
      </w:r>
    </w:p>
    <w:p>
      <w:pPr>
        <w:spacing w:after="20"/>
        <w:ind w:left="504"/>
      </w:pPr>
      <w:r>
        <w:rPr>
          <w:color w:val="1A1A2E"/>
          <w:sz w:val="21"/>
        </w:rPr>
        <w:t>(A)  Five</w:t>
      </w:r>
    </w:p>
    <w:p>
      <w:pPr>
        <w:spacing w:after="20"/>
        <w:ind w:left="504"/>
      </w:pPr>
      <w:r>
        <w:rPr>
          <w:color w:val="1A1A2E"/>
          <w:sz w:val="21"/>
        </w:rPr>
        <w:t>(B)  One</w:t>
      </w:r>
    </w:p>
    <w:p>
      <w:pPr>
        <w:spacing w:after="20"/>
        <w:ind w:left="504"/>
      </w:pPr>
      <w:r>
        <w:rPr>
          <w:color w:val="1A1A2E"/>
          <w:sz w:val="21"/>
        </w:rPr>
        <w:t>(C)  Three</w:t>
      </w:r>
    </w:p>
    <w:p>
      <w:pPr>
        <w:spacing w:after="20"/>
        <w:ind w:left="504"/>
      </w:pPr>
      <w:r>
        <w:rPr>
          <w:color w:val="1A1A2E"/>
          <w:sz w:val="21"/>
        </w:rPr>
        <w:t>(D)  Ten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1F5CD8"/>
          <w:sz w:val="28"/>
        </w:rPr>
        <w:t>Activity 2. AI Around Us</w:t>
      </w:r>
    </w:p>
    <w:p>
      <w:r>
        <w:rPr>
          <w:i/>
          <w:color w:val="555566"/>
          <w:sz w:val="18"/>
        </w:rPr>
        <w:t>Chapter 1 — Introduction to AI &amp; Everyday Examples   ·   plays on: ai-applications.html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In healthcare, AI mainly helps doctors by…</w:t>
      </w:r>
    </w:p>
    <w:p>
      <w:pPr>
        <w:spacing w:after="20"/>
        <w:ind w:left="504"/>
      </w:pPr>
      <w:r>
        <w:rPr>
          <w:color w:val="1A1A2E"/>
          <w:sz w:val="21"/>
        </w:rPr>
        <w:t>(A)  cooking food</w:t>
      </w:r>
    </w:p>
    <w:p>
      <w:pPr>
        <w:spacing w:after="20"/>
        <w:ind w:left="504"/>
      </w:pPr>
      <w:r>
        <w:rPr>
          <w:color w:val="1A1A2E"/>
          <w:sz w:val="21"/>
        </w:rPr>
        <w:t>(B)  reading scans and spotting disease</w:t>
      </w:r>
    </w:p>
    <w:p>
      <w:pPr>
        <w:spacing w:after="20"/>
        <w:ind w:left="504"/>
      </w:pPr>
      <w:r>
        <w:rPr>
          <w:color w:val="1A1A2E"/>
          <w:sz w:val="21"/>
        </w:rPr>
        <w:t>(C)  selling medicines</w:t>
      </w:r>
    </w:p>
    <w:p>
      <w:pPr>
        <w:spacing w:after="20"/>
        <w:ind w:left="504"/>
      </w:pPr>
      <w:r>
        <w:rPr>
          <w:color w:val="1A1A2E"/>
          <w:sz w:val="21"/>
        </w:rPr>
        <w:t>(D)  painting the hospital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An example of AI in a smart home is…</w:t>
      </w:r>
    </w:p>
    <w:p>
      <w:pPr>
        <w:spacing w:after="20"/>
        <w:ind w:left="504"/>
      </w:pPr>
      <w:r>
        <w:rPr>
          <w:color w:val="1A1A2E"/>
          <w:sz w:val="21"/>
        </w:rPr>
        <w:t>(A)  a candle</w:t>
      </w:r>
    </w:p>
    <w:p>
      <w:pPr>
        <w:spacing w:after="20"/>
        <w:ind w:left="504"/>
      </w:pPr>
      <w:r>
        <w:rPr>
          <w:color w:val="1A1A2E"/>
          <w:sz w:val="21"/>
        </w:rPr>
        <w:t>(B)  a paper calendar</w:t>
      </w:r>
    </w:p>
    <w:p>
      <w:pPr>
        <w:spacing w:after="20"/>
        <w:ind w:left="504"/>
      </w:pPr>
      <w:r>
        <w:rPr>
          <w:color w:val="1A1A2E"/>
          <w:sz w:val="21"/>
        </w:rPr>
        <w:t>(C)  a manual switch</w:t>
      </w:r>
    </w:p>
    <w:p>
      <w:pPr>
        <w:spacing w:after="20"/>
        <w:ind w:left="504"/>
      </w:pPr>
      <w:r>
        <w:rPr>
          <w:color w:val="1A1A2E"/>
          <w:sz w:val="21"/>
        </w:rPr>
        <w:t>(D)  a voice-controlled light or appliance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In transport, AI is used to…</w:t>
      </w:r>
    </w:p>
    <w:p>
      <w:pPr>
        <w:spacing w:after="20"/>
        <w:ind w:left="504"/>
      </w:pPr>
      <w:r>
        <w:rPr>
          <w:color w:val="1A1A2E"/>
          <w:sz w:val="21"/>
        </w:rPr>
        <w:t>(A)  increase traffic jams</w:t>
      </w:r>
    </w:p>
    <w:p>
      <w:pPr>
        <w:spacing w:after="20"/>
        <w:ind w:left="504"/>
      </w:pPr>
      <w:r>
        <w:rPr>
          <w:color w:val="1A1A2E"/>
          <w:sz w:val="21"/>
        </w:rPr>
        <w:t>(B)  paint the buses</w:t>
      </w:r>
    </w:p>
    <w:p>
      <w:pPr>
        <w:spacing w:after="20"/>
        <w:ind w:left="504"/>
      </w:pPr>
      <w:r>
        <w:rPr>
          <w:color w:val="1A1A2E"/>
          <w:sz w:val="21"/>
        </w:rPr>
        <w:t>(C)  manage traffic and suggest faster routes</w:t>
      </w:r>
    </w:p>
    <w:p>
      <w:pPr>
        <w:spacing w:after="20"/>
        <w:ind w:left="504"/>
      </w:pPr>
      <w:r>
        <w:rPr>
          <w:color w:val="1A1A2E"/>
          <w:sz w:val="21"/>
        </w:rPr>
        <w:t>(D)  remove all the roads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How can AI help farmers in agriculture?</w:t>
      </w:r>
    </w:p>
    <w:p>
      <w:pPr>
        <w:spacing w:after="20"/>
        <w:ind w:left="504"/>
      </w:pPr>
      <w:r>
        <w:rPr>
          <w:color w:val="1A1A2E"/>
          <w:sz w:val="21"/>
        </w:rPr>
        <w:t>(A)  make it rain on command</w:t>
      </w:r>
    </w:p>
    <w:p>
      <w:pPr>
        <w:spacing w:after="20"/>
        <w:ind w:left="504"/>
      </w:pPr>
      <w:r>
        <w:rPr>
          <w:color w:val="1A1A2E"/>
          <w:sz w:val="21"/>
        </w:rPr>
        <w:t>(B)  nothing at all</w:t>
      </w:r>
    </w:p>
    <w:p>
      <w:pPr>
        <w:spacing w:after="20"/>
        <w:ind w:left="504"/>
      </w:pPr>
      <w:r>
        <w:rPr>
          <w:color w:val="1A1A2E"/>
          <w:sz w:val="21"/>
        </w:rPr>
        <w:t>(C)  eat the crops</w:t>
      </w:r>
    </w:p>
    <w:p>
      <w:pPr>
        <w:spacing w:after="20"/>
        <w:ind w:left="504"/>
      </w:pPr>
      <w:r>
        <w:rPr>
          <w:color w:val="1A1A2E"/>
          <w:sz w:val="21"/>
        </w:rPr>
        <w:t>(D)  detect pests and advise on soil and weather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AI helps protect the environment by…</w:t>
      </w:r>
    </w:p>
    <w:p>
      <w:pPr>
        <w:spacing w:after="20"/>
        <w:ind w:left="504"/>
      </w:pPr>
      <w:r>
        <w:rPr>
          <w:color w:val="1A1A2E"/>
          <w:sz w:val="21"/>
        </w:rPr>
        <w:t>(A)  cutting down forests</w:t>
      </w:r>
    </w:p>
    <w:p>
      <w:pPr>
        <w:spacing w:after="20"/>
        <w:ind w:left="504"/>
      </w:pPr>
      <w:r>
        <w:rPr>
          <w:color w:val="1A1A2E"/>
          <w:sz w:val="21"/>
        </w:rPr>
        <w:t>(B)  tracking wildlife and spotting pollution</w:t>
      </w:r>
    </w:p>
    <w:p>
      <w:pPr>
        <w:spacing w:after="20"/>
        <w:ind w:left="504"/>
      </w:pPr>
      <w:r>
        <w:rPr>
          <w:color w:val="1A1A2E"/>
          <w:sz w:val="21"/>
        </w:rPr>
        <w:t>(C)  deleting photos</w:t>
      </w:r>
    </w:p>
    <w:p>
      <w:pPr>
        <w:spacing w:after="20"/>
        <w:ind w:left="504"/>
      </w:pPr>
      <w:r>
        <w:rPr>
          <w:color w:val="1A1A2E"/>
          <w:sz w:val="21"/>
        </w:rPr>
        <w:t>(D)  wasting water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1F5CD8"/>
          <w:sz w:val="28"/>
        </w:rPr>
        <w:t>Activity 3. Supervised Learning</w:t>
      </w:r>
    </w:p>
    <w:p>
      <w:r>
        <w:rPr>
          <w:i/>
          <w:color w:val="555566"/>
          <w:sz w:val="18"/>
        </w:rPr>
        <w:t>Chapter 1 — Introduction to AI &amp; Everyday Examples   ·   plays on: classification.html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In supervised learning, the machine learns from…</w:t>
      </w:r>
    </w:p>
    <w:p>
      <w:pPr>
        <w:spacing w:after="20"/>
        <w:ind w:left="504"/>
      </w:pPr>
      <w:r>
        <w:rPr>
          <w:color w:val="1A1A2E"/>
          <w:sz w:val="21"/>
        </w:rPr>
        <w:t>(A)  labelled examples</w:t>
      </w:r>
    </w:p>
    <w:p>
      <w:pPr>
        <w:spacing w:after="20"/>
        <w:ind w:left="504"/>
      </w:pPr>
      <w:r>
        <w:rPr>
          <w:color w:val="1A1A2E"/>
          <w:sz w:val="21"/>
        </w:rPr>
        <w:t>(B)  pictures with no names</w:t>
      </w:r>
    </w:p>
    <w:p>
      <w:pPr>
        <w:spacing w:after="20"/>
        <w:ind w:left="504"/>
      </w:pPr>
      <w:r>
        <w:rPr>
          <w:color w:val="1A1A2E"/>
          <w:sz w:val="21"/>
        </w:rPr>
        <w:t>(C)  random noise</w:t>
      </w:r>
    </w:p>
    <w:p>
      <w:pPr>
        <w:spacing w:after="20"/>
        <w:ind w:left="504"/>
      </w:pPr>
      <w:r>
        <w:rPr>
          <w:color w:val="1A1A2E"/>
          <w:sz w:val="21"/>
        </w:rPr>
        <w:t>(D)  no data at all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Who provides the labels the machine learns from?</w:t>
      </w:r>
    </w:p>
    <w:p>
      <w:pPr>
        <w:spacing w:after="20"/>
        <w:ind w:left="504"/>
      </w:pPr>
      <w:r>
        <w:rPr>
          <w:color w:val="1A1A2E"/>
          <w:sz w:val="21"/>
        </w:rPr>
        <w:t>(A)  another robot secretly</w:t>
      </w:r>
    </w:p>
    <w:p>
      <w:pPr>
        <w:spacing w:after="20"/>
        <w:ind w:left="504"/>
      </w:pPr>
      <w:r>
        <w:rPr>
          <w:color w:val="1A1A2E"/>
          <w:sz w:val="21"/>
        </w:rPr>
        <w:t>(B)  no one</w:t>
      </w:r>
    </w:p>
    <w:p>
      <w:pPr>
        <w:spacing w:after="20"/>
        <w:ind w:left="504"/>
      </w:pPr>
      <w:r>
        <w:rPr>
          <w:color w:val="1A1A2E"/>
          <w:sz w:val="21"/>
        </w:rPr>
        <w:t>(C)  a human (a teacher)</w:t>
      </w:r>
    </w:p>
    <w:p>
      <w:pPr>
        <w:spacing w:after="20"/>
        <w:ind w:left="504"/>
      </w:pPr>
      <w:r>
        <w:rPr>
          <w:color w:val="1A1A2E"/>
          <w:sz w:val="21"/>
        </w:rPr>
        <w:t>(D)  the computer itself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“Labelled data” means data that…</w:t>
      </w:r>
    </w:p>
    <w:p>
      <w:pPr>
        <w:spacing w:after="20"/>
        <w:ind w:left="504"/>
      </w:pPr>
      <w:r>
        <w:rPr>
          <w:color w:val="1A1A2E"/>
          <w:sz w:val="21"/>
        </w:rPr>
        <w:t>(A)  already has the correct tag or answer attached</w:t>
      </w:r>
    </w:p>
    <w:p>
      <w:pPr>
        <w:spacing w:after="20"/>
        <w:ind w:left="504"/>
      </w:pPr>
      <w:r>
        <w:rPr>
          <w:color w:val="1A1A2E"/>
          <w:sz w:val="21"/>
        </w:rPr>
        <w:t>(B)  is completely random</w:t>
      </w:r>
    </w:p>
    <w:p>
      <w:pPr>
        <w:spacing w:after="20"/>
        <w:ind w:left="504"/>
      </w:pPr>
      <w:r>
        <w:rPr>
          <w:color w:val="1A1A2E"/>
          <w:sz w:val="21"/>
        </w:rPr>
        <w:t>(C)  has no information</w:t>
      </w:r>
    </w:p>
    <w:p>
      <w:pPr>
        <w:spacing w:after="20"/>
        <w:ind w:left="504"/>
      </w:pPr>
      <w:r>
        <w:rPr>
          <w:color w:val="1A1A2E"/>
          <w:sz w:val="21"/>
        </w:rPr>
        <w:t>(D)  has been deleted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How does the model label a brand-new example?</w:t>
      </w:r>
    </w:p>
    <w:p>
      <w:pPr>
        <w:spacing w:after="20"/>
        <w:ind w:left="504"/>
      </w:pPr>
      <w:r>
        <w:rPr>
          <w:color w:val="1A1A2E"/>
          <w:sz w:val="21"/>
        </w:rPr>
        <w:t>(A)  by its colour only</w:t>
      </w:r>
    </w:p>
    <w:p>
      <w:pPr>
        <w:spacing w:after="20"/>
        <w:ind w:left="504"/>
      </w:pPr>
      <w:r>
        <w:rPr>
          <w:color w:val="1A1A2E"/>
          <w:sz w:val="21"/>
        </w:rPr>
        <w:t>(B)  by which side of the learned boundary it falls on</w:t>
      </w:r>
    </w:p>
    <w:p>
      <w:pPr>
        <w:spacing w:after="20"/>
        <w:ind w:left="504"/>
      </w:pPr>
      <w:r>
        <w:rPr>
          <w:color w:val="1A1A2E"/>
          <w:sz w:val="21"/>
        </w:rPr>
        <w:t>(C)  it cannot label new things</w:t>
      </w:r>
    </w:p>
    <w:p>
      <w:pPr>
        <w:spacing w:after="20"/>
        <w:ind w:left="504"/>
      </w:pPr>
      <w:r>
        <w:rPr>
          <w:color w:val="1A1A2E"/>
          <w:sz w:val="21"/>
        </w:rPr>
        <w:t>(D)  by guessing with eyes closed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Which of these is a supervised-learning job?</w:t>
      </w:r>
    </w:p>
    <w:p>
      <w:pPr>
        <w:spacing w:after="20"/>
        <w:ind w:left="504"/>
      </w:pPr>
      <w:r>
        <w:rPr>
          <w:color w:val="1A1A2E"/>
          <w:sz w:val="21"/>
        </w:rPr>
        <w:t>(A)  grouping unknown photos with no labels</w:t>
      </w:r>
    </w:p>
    <w:p>
      <w:pPr>
        <w:spacing w:after="20"/>
        <w:ind w:left="504"/>
      </w:pPr>
      <w:r>
        <w:rPr>
          <w:color w:val="1A1A2E"/>
          <w:sz w:val="21"/>
        </w:rPr>
        <w:t>(B)  drawing a picture</w:t>
      </w:r>
    </w:p>
    <w:p>
      <w:pPr>
        <w:spacing w:after="20"/>
        <w:ind w:left="504"/>
      </w:pPr>
      <w:r>
        <w:rPr>
          <w:color w:val="1A1A2E"/>
          <w:sz w:val="21"/>
        </w:rPr>
        <w:t>(C)  sorting email into spam / not-spam using labelled examples</w:t>
      </w:r>
    </w:p>
    <w:p>
      <w:pPr>
        <w:spacing w:after="20"/>
        <w:ind w:left="504"/>
      </w:pPr>
      <w:r>
        <w:rPr>
          <w:color w:val="1A1A2E"/>
          <w:sz w:val="21"/>
        </w:rPr>
        <w:t>(D)  adding two numbers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1F5CD8"/>
          <w:sz w:val="28"/>
        </w:rPr>
        <w:t>Activity 4. Unsupervised Learning</w:t>
      </w:r>
    </w:p>
    <w:p>
      <w:r>
        <w:rPr>
          <w:i/>
          <w:color w:val="555566"/>
          <w:sz w:val="18"/>
        </w:rPr>
        <w:t>Chapter 1 — Introduction to AI &amp; Everyday Examples   ·   plays on: clustering.html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Does clustering use labels?</w:t>
      </w:r>
    </w:p>
    <w:p>
      <w:pPr>
        <w:spacing w:after="20"/>
        <w:ind w:left="504"/>
      </w:pPr>
      <w:r>
        <w:rPr>
          <w:color w:val="1A1A2E"/>
          <w:sz w:val="21"/>
        </w:rPr>
        <w:t>(A)  Only on the first item</w:t>
      </w:r>
    </w:p>
    <w:p>
      <w:pPr>
        <w:spacing w:after="20"/>
        <w:ind w:left="504"/>
      </w:pPr>
      <w:r>
        <w:rPr>
          <w:color w:val="1A1A2E"/>
          <w:sz w:val="21"/>
        </w:rPr>
        <w:t>(B)  Yes, on every item</w:t>
      </w:r>
    </w:p>
    <w:p>
      <w:pPr>
        <w:spacing w:after="20"/>
        <w:ind w:left="504"/>
      </w:pPr>
      <w:r>
        <w:rPr>
          <w:color w:val="1A1A2E"/>
          <w:sz w:val="21"/>
        </w:rPr>
        <w:t>(C)  Only on Sundays</w:t>
      </w:r>
    </w:p>
    <w:p>
      <w:pPr>
        <w:spacing w:after="20"/>
        <w:ind w:left="504"/>
      </w:pPr>
      <w:r>
        <w:rPr>
          <w:color w:val="1A1A2E"/>
          <w:sz w:val="21"/>
        </w:rPr>
        <w:t>(D)  No — none at all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How does clustering decide which items belong together?</w:t>
      </w:r>
    </w:p>
    <w:p>
      <w:pPr>
        <w:spacing w:after="20"/>
        <w:ind w:left="504"/>
      </w:pPr>
      <w:r>
        <w:rPr>
          <w:color w:val="1A1A2E"/>
          <w:sz w:val="21"/>
        </w:rPr>
        <w:t>(A)  alphabetical order</w:t>
      </w:r>
    </w:p>
    <w:p>
      <w:pPr>
        <w:spacing w:after="20"/>
        <w:ind w:left="504"/>
      </w:pPr>
      <w:r>
        <w:rPr>
          <w:color w:val="1A1A2E"/>
          <w:sz w:val="21"/>
        </w:rPr>
        <w:t>(B)  items that are close/similar go in the same group</w:t>
      </w:r>
    </w:p>
    <w:p>
      <w:pPr>
        <w:spacing w:after="20"/>
        <w:ind w:left="504"/>
      </w:pPr>
      <w:r>
        <w:rPr>
          <w:color w:val="1A1A2E"/>
          <w:sz w:val="21"/>
        </w:rPr>
        <w:t>(C)  their colour when they arrive</w:t>
      </w:r>
    </w:p>
    <w:p>
      <w:pPr>
        <w:spacing w:after="20"/>
        <w:ind w:left="504"/>
      </w:pPr>
      <w:r>
        <w:rPr>
          <w:color w:val="1A1A2E"/>
          <w:sz w:val="21"/>
        </w:rPr>
        <w:t>(D)  random shuffling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Because there is no teacher, this learning is called…</w:t>
      </w:r>
    </w:p>
    <w:p>
      <w:pPr>
        <w:spacing w:after="20"/>
        <w:ind w:left="504"/>
      </w:pPr>
      <w:r>
        <w:rPr>
          <w:color w:val="1A1A2E"/>
          <w:sz w:val="21"/>
        </w:rPr>
        <w:t>(A)  supervised</w:t>
      </w:r>
    </w:p>
    <w:p>
      <w:pPr>
        <w:spacing w:after="20"/>
        <w:ind w:left="504"/>
      </w:pPr>
      <w:r>
        <w:rPr>
          <w:color w:val="1A1A2E"/>
          <w:sz w:val="21"/>
        </w:rPr>
        <w:t>(B)  reinforcement</w:t>
      </w:r>
    </w:p>
    <w:p>
      <w:pPr>
        <w:spacing w:after="20"/>
        <w:ind w:left="504"/>
      </w:pPr>
      <w:r>
        <w:rPr>
          <w:color w:val="1A1A2E"/>
          <w:sz w:val="21"/>
        </w:rPr>
        <w:t>(C)  homework</w:t>
      </w:r>
    </w:p>
    <w:p>
      <w:pPr>
        <w:spacing w:after="20"/>
        <w:ind w:left="504"/>
      </w:pPr>
      <w:r>
        <w:rPr>
          <w:color w:val="1A1A2E"/>
          <w:sz w:val="21"/>
        </w:rPr>
        <w:t>(D)  unsupervised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A real-life use of clustering is…</w:t>
      </w:r>
    </w:p>
    <w:p>
      <w:pPr>
        <w:spacing w:after="20"/>
        <w:ind w:left="504"/>
      </w:pPr>
      <w:r>
        <w:rPr>
          <w:color w:val="1A1A2E"/>
          <w:sz w:val="21"/>
        </w:rPr>
        <w:t>(A)  grouping similar customers or photos</w:t>
      </w:r>
    </w:p>
    <w:p>
      <w:pPr>
        <w:spacing w:after="20"/>
        <w:ind w:left="504"/>
      </w:pPr>
      <w:r>
        <w:rPr>
          <w:color w:val="1A1A2E"/>
          <w:sz w:val="21"/>
        </w:rPr>
        <w:t>(B)  adding up a shopping bill</w:t>
      </w:r>
    </w:p>
    <w:p>
      <w:pPr>
        <w:spacing w:after="20"/>
        <w:ind w:left="504"/>
      </w:pPr>
      <w:r>
        <w:rPr>
          <w:color w:val="1A1A2E"/>
          <w:sz w:val="21"/>
        </w:rPr>
        <w:t>(C)  charging a phone</w:t>
      </w:r>
    </w:p>
    <w:p>
      <w:pPr>
        <w:spacing w:after="20"/>
        <w:ind w:left="504"/>
      </w:pPr>
      <w:r>
        <w:rPr>
          <w:color w:val="1A1A2E"/>
          <w:sz w:val="21"/>
        </w:rPr>
        <w:t>(D)  spelling a word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The main difference between clustering and classification is that clustering…</w:t>
      </w:r>
    </w:p>
    <w:p>
      <w:pPr>
        <w:spacing w:after="20"/>
        <w:ind w:left="504"/>
      </w:pPr>
      <w:r>
        <w:rPr>
          <w:color w:val="1A1A2E"/>
          <w:sz w:val="21"/>
        </w:rPr>
        <w:t>(A)  is exactly the same</w:t>
      </w:r>
    </w:p>
    <w:p>
      <w:pPr>
        <w:spacing w:after="20"/>
        <w:ind w:left="504"/>
      </w:pPr>
      <w:r>
        <w:rPr>
          <w:color w:val="1A1A2E"/>
          <w:sz w:val="21"/>
        </w:rPr>
        <w:t>(B)  uses more colours</w:t>
      </w:r>
    </w:p>
    <w:p>
      <w:pPr>
        <w:spacing w:after="20"/>
        <w:ind w:left="504"/>
      </w:pPr>
      <w:r>
        <w:rPr>
          <w:color w:val="1A1A2E"/>
          <w:sz w:val="21"/>
        </w:rPr>
        <w:t>(C)  is just faster</w:t>
      </w:r>
    </w:p>
    <w:p>
      <w:pPr>
        <w:spacing w:after="20"/>
        <w:ind w:left="504"/>
      </w:pPr>
      <w:r>
        <w:rPr>
          <w:color w:val="1A1A2E"/>
          <w:sz w:val="21"/>
        </w:rPr>
        <w:t>(D)  has no labels or teacher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1F5CD8"/>
          <w:sz w:val="28"/>
        </w:rPr>
        <w:t>Activity 5. Reinforcement Learning</w:t>
      </w:r>
    </w:p>
    <w:p>
      <w:r>
        <w:rPr>
          <w:i/>
          <w:color w:val="555566"/>
          <w:sz w:val="18"/>
        </w:rPr>
        <w:t>Chapter 1 — Introduction to AI &amp; Everyday Examples   ·   plays on: reinforcement.html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How does the robot learn the way to the goal?</w:t>
      </w:r>
    </w:p>
    <w:p>
      <w:pPr>
        <w:spacing w:after="20"/>
        <w:ind w:left="504"/>
      </w:pPr>
      <w:r>
        <w:rPr>
          <w:color w:val="1A1A2E"/>
          <w:sz w:val="21"/>
        </w:rPr>
        <w:t>(A)  someone labels the whole path for it</w:t>
      </w:r>
    </w:p>
    <w:p>
      <w:pPr>
        <w:spacing w:after="20"/>
        <w:ind w:left="504"/>
      </w:pPr>
      <w:r>
        <w:rPr>
          <w:color w:val="1A1A2E"/>
          <w:sz w:val="21"/>
        </w:rPr>
        <w:t>(B)  it copies another robot</w:t>
      </w:r>
    </w:p>
    <w:p>
      <w:pPr>
        <w:spacing w:after="20"/>
        <w:ind w:left="504"/>
      </w:pPr>
      <w:r>
        <w:rPr>
          <w:color w:val="1A1A2E"/>
          <w:sz w:val="21"/>
        </w:rPr>
        <w:t>(C)  it reads a book</w:t>
      </w:r>
    </w:p>
    <w:p>
      <w:pPr>
        <w:spacing w:after="20"/>
        <w:ind w:left="504"/>
      </w:pPr>
      <w:r>
        <w:rPr>
          <w:color w:val="1A1A2E"/>
          <w:sz w:val="21"/>
        </w:rPr>
        <w:t>(D)  by trying things and getting rewards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Reaching the goal gives a +reward. Stepping into lava gives a…</w:t>
      </w:r>
    </w:p>
    <w:p>
      <w:pPr>
        <w:spacing w:after="20"/>
        <w:ind w:left="504"/>
      </w:pPr>
      <w:r>
        <w:rPr>
          <w:color w:val="1A1A2E"/>
          <w:sz w:val="21"/>
        </w:rPr>
        <w:t>(A)  penalty (negative reward)</w:t>
      </w:r>
    </w:p>
    <w:p>
      <w:pPr>
        <w:spacing w:after="20"/>
        <w:ind w:left="504"/>
      </w:pPr>
      <w:r>
        <w:rPr>
          <w:color w:val="1A1A2E"/>
          <w:sz w:val="21"/>
        </w:rPr>
        <w:t>(B)  nothing at all</w:t>
      </w:r>
    </w:p>
    <w:p>
      <w:pPr>
        <w:spacing w:after="20"/>
        <w:ind w:left="504"/>
      </w:pPr>
      <w:r>
        <w:rPr>
          <w:color w:val="1A1A2E"/>
          <w:sz w:val="21"/>
        </w:rPr>
        <w:t>(C)  a new robot</w:t>
      </w:r>
    </w:p>
    <w:p>
      <w:pPr>
        <w:spacing w:after="20"/>
        <w:ind w:left="504"/>
      </w:pPr>
      <w:r>
        <w:rPr>
          <w:color w:val="1A1A2E"/>
          <w:sz w:val="21"/>
        </w:rPr>
        <w:t>(D)  bigger reward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Learning from rewards by trial and error is called…</w:t>
      </w:r>
    </w:p>
    <w:p>
      <w:pPr>
        <w:spacing w:after="20"/>
        <w:ind w:left="504"/>
      </w:pPr>
      <w:r>
        <w:rPr>
          <w:color w:val="1A1A2E"/>
          <w:sz w:val="21"/>
        </w:rPr>
        <w:t>(A)  reinforcement learning</w:t>
      </w:r>
    </w:p>
    <w:p>
      <w:pPr>
        <w:spacing w:after="20"/>
        <w:ind w:left="504"/>
      </w:pPr>
      <w:r>
        <w:rPr>
          <w:color w:val="1A1A2E"/>
          <w:sz w:val="21"/>
        </w:rPr>
        <w:t>(B)  tokenization</w:t>
      </w:r>
    </w:p>
    <w:p>
      <w:pPr>
        <w:spacing w:after="20"/>
        <w:ind w:left="504"/>
      </w:pPr>
      <w:r>
        <w:rPr>
          <w:color w:val="1A1A2E"/>
          <w:sz w:val="21"/>
        </w:rPr>
        <w:t>(C)  supervised learning</w:t>
      </w:r>
    </w:p>
    <w:p>
      <w:pPr>
        <w:spacing w:after="20"/>
        <w:ind w:left="504"/>
      </w:pPr>
      <w:r>
        <w:rPr>
          <w:color w:val="1A1A2E"/>
          <w:sz w:val="21"/>
        </w:rPr>
        <w:t>(D)  clustering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At the start the robot moves almost randomly. Why is that useful?</w:t>
      </w:r>
    </w:p>
    <w:p>
      <w:pPr>
        <w:spacing w:after="20"/>
        <w:ind w:left="504"/>
      </w:pPr>
      <w:r>
        <w:rPr>
          <w:color w:val="1A1A2E"/>
          <w:sz w:val="21"/>
        </w:rPr>
        <w:t>(A)  it explores to discover what works</w:t>
      </w:r>
    </w:p>
    <w:p>
      <w:pPr>
        <w:spacing w:after="20"/>
        <w:ind w:left="504"/>
      </w:pPr>
      <w:r>
        <w:rPr>
          <w:color w:val="1A1A2E"/>
          <w:sz w:val="21"/>
        </w:rPr>
        <w:t>(B)  to waste time</w:t>
      </w:r>
    </w:p>
    <w:p>
      <w:pPr>
        <w:spacing w:after="20"/>
        <w:ind w:left="504"/>
      </w:pPr>
      <w:r>
        <w:rPr>
          <w:color w:val="1A1A2E"/>
          <w:sz w:val="21"/>
        </w:rPr>
        <w:t>(C)  it is a mistake</w:t>
      </w:r>
    </w:p>
    <w:p>
      <w:pPr>
        <w:spacing w:after="20"/>
        <w:ind w:left="504"/>
      </w:pPr>
      <w:r>
        <w:rPr>
          <w:color w:val="1A1A2E"/>
          <w:sz w:val="21"/>
        </w:rPr>
        <w:t>(D)  random is always best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Reinforcement learning is most like…</w:t>
      </w:r>
    </w:p>
    <w:p>
      <w:pPr>
        <w:spacing w:after="20"/>
        <w:ind w:left="504"/>
      </w:pPr>
      <w:r>
        <w:rPr>
          <w:color w:val="1A1A2E"/>
          <w:sz w:val="21"/>
        </w:rPr>
        <w:t>(A)  memorising a labelled flashcard</w:t>
      </w:r>
    </w:p>
    <w:p>
      <w:pPr>
        <w:spacing w:after="20"/>
        <w:ind w:left="504"/>
      </w:pPr>
      <w:r>
        <w:rPr>
          <w:color w:val="1A1A2E"/>
          <w:sz w:val="21"/>
        </w:rPr>
        <w:t>(B)  training a pet with treats</w:t>
      </w:r>
    </w:p>
    <w:p>
      <w:pPr>
        <w:spacing w:after="20"/>
        <w:ind w:left="504"/>
      </w:pPr>
      <w:r>
        <w:rPr>
          <w:color w:val="1A1A2E"/>
          <w:sz w:val="21"/>
        </w:rPr>
        <w:t>(C)  copying homework</w:t>
      </w:r>
    </w:p>
    <w:p>
      <w:pPr>
        <w:spacing w:after="20"/>
        <w:ind w:left="504"/>
      </w:pPr>
      <w:r>
        <w:rPr>
          <w:color w:val="1A1A2E"/>
          <w:sz w:val="21"/>
        </w:rPr>
        <w:t>(D)  sorting socks into piles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1F5CD8"/>
          <w:sz w:val="28"/>
        </w:rPr>
        <w:t>Activity 6. Basic Data Concepts</w:t>
      </w:r>
    </w:p>
    <w:p>
      <w:r>
        <w:rPr>
          <w:i/>
          <w:color w:val="555566"/>
          <w:sz w:val="18"/>
        </w:rPr>
        <w:t>Chapter 2 — Basic Data Concepts   ·   plays on: data-basics.html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A fitness app counts your daily steps. What type of data is this mainly?</w:t>
      </w:r>
    </w:p>
    <w:p>
      <w:pPr>
        <w:spacing w:after="20"/>
        <w:ind w:left="504"/>
      </w:pPr>
      <w:r>
        <w:rPr>
          <w:color w:val="1A1A2E"/>
          <w:sz w:val="21"/>
        </w:rPr>
        <w:t>(A)  Image</w:t>
      </w:r>
    </w:p>
    <w:p>
      <w:pPr>
        <w:spacing w:after="20"/>
        <w:ind w:left="504"/>
      </w:pPr>
      <w:r>
        <w:rPr>
          <w:color w:val="1A1A2E"/>
          <w:sz w:val="21"/>
        </w:rPr>
        <w:t>(B)  Video</w:t>
      </w:r>
    </w:p>
    <w:p>
      <w:pPr>
        <w:spacing w:after="20"/>
        <w:ind w:left="504"/>
      </w:pPr>
      <w:r>
        <w:rPr>
          <w:color w:val="1A1A2E"/>
          <w:sz w:val="21"/>
        </w:rPr>
        <w:t>(C)  Numerical</w:t>
      </w:r>
    </w:p>
    <w:p>
      <w:pPr>
        <w:spacing w:after="20"/>
        <w:ind w:left="504"/>
      </w:pPr>
      <w:r>
        <w:rPr>
          <w:color w:val="1A1A2E"/>
          <w:sz w:val="21"/>
        </w:rPr>
        <w:t>(D)  Sound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Which of these is Image data?</w:t>
      </w:r>
    </w:p>
    <w:p>
      <w:pPr>
        <w:spacing w:after="20"/>
        <w:ind w:left="504"/>
      </w:pPr>
      <w:r>
        <w:rPr>
          <w:color w:val="1A1A2E"/>
          <w:sz w:val="21"/>
        </w:rPr>
        <w:t>(A)  your age</w:t>
      </w:r>
    </w:p>
    <w:p>
      <w:pPr>
        <w:spacing w:after="20"/>
        <w:ind w:left="504"/>
      </w:pPr>
      <w:r>
        <w:rPr>
          <w:color w:val="1A1A2E"/>
          <w:sz w:val="21"/>
        </w:rPr>
        <w:t>(B)  your name spoken aloud</w:t>
      </w:r>
    </w:p>
    <w:p>
      <w:pPr>
        <w:spacing w:after="20"/>
        <w:ind w:left="504"/>
      </w:pPr>
      <w:r>
        <w:rPr>
          <w:color w:val="1A1A2E"/>
          <w:sz w:val="21"/>
        </w:rPr>
        <w:t>(C)  your photograph</w:t>
      </w:r>
    </w:p>
    <w:p>
      <w:pPr>
        <w:spacing w:after="20"/>
        <w:ind w:left="504"/>
      </w:pPr>
      <w:r>
        <w:rPr>
          <w:color w:val="1A1A2E"/>
          <w:sz w:val="21"/>
        </w:rPr>
        <w:t>(D)  the school bell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The school bell ringing is an example of which data type?</w:t>
      </w:r>
    </w:p>
    <w:p>
      <w:pPr>
        <w:spacing w:after="20"/>
        <w:ind w:left="504"/>
      </w:pPr>
      <w:r>
        <w:rPr>
          <w:color w:val="1A1A2E"/>
          <w:sz w:val="21"/>
        </w:rPr>
        <w:t>(A)  Numerical</w:t>
      </w:r>
    </w:p>
    <w:p>
      <w:pPr>
        <w:spacing w:after="20"/>
        <w:ind w:left="504"/>
      </w:pPr>
      <w:r>
        <w:rPr>
          <w:color w:val="1A1A2E"/>
          <w:sz w:val="21"/>
        </w:rPr>
        <w:t>(B)  Text</w:t>
      </w:r>
    </w:p>
    <w:p>
      <w:pPr>
        <w:spacing w:after="20"/>
        <w:ind w:left="504"/>
      </w:pPr>
      <w:r>
        <w:rPr>
          <w:color w:val="1A1A2E"/>
          <w:sz w:val="21"/>
        </w:rPr>
        <w:t>(C)  Sound</w:t>
      </w:r>
    </w:p>
    <w:p>
      <w:pPr>
        <w:spacing w:after="20"/>
        <w:ind w:left="504"/>
      </w:pPr>
      <w:r>
        <w:rPr>
          <w:color w:val="1A1A2E"/>
          <w:sz w:val="21"/>
        </w:rPr>
        <w:t>(D)  Image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A chart that uses a symbol with a key (like one tree = 5 trees) is a…</w:t>
      </w:r>
    </w:p>
    <w:p>
      <w:pPr>
        <w:spacing w:after="20"/>
        <w:ind w:left="504"/>
      </w:pPr>
      <w:r>
        <w:rPr>
          <w:color w:val="1A1A2E"/>
          <w:sz w:val="21"/>
        </w:rPr>
        <w:t>(A)  pictogram</w:t>
      </w:r>
    </w:p>
    <w:p>
      <w:pPr>
        <w:spacing w:after="20"/>
        <w:ind w:left="504"/>
      </w:pPr>
      <w:r>
        <w:rPr>
          <w:color w:val="1A1A2E"/>
          <w:sz w:val="21"/>
        </w:rPr>
        <w:t>(B)  photograph</w:t>
      </w:r>
    </w:p>
    <w:p>
      <w:pPr>
        <w:spacing w:after="20"/>
        <w:ind w:left="504"/>
      </w:pPr>
      <w:r>
        <w:rPr>
          <w:color w:val="1A1A2E"/>
          <w:sz w:val="21"/>
        </w:rPr>
        <w:t>(C)  line graph</w:t>
      </w:r>
    </w:p>
    <w:p>
      <w:pPr>
        <w:spacing w:after="20"/>
        <w:ind w:left="504"/>
      </w:pPr>
      <w:r>
        <w:rPr>
          <w:color w:val="1A1A2E"/>
          <w:sz w:val="21"/>
        </w:rPr>
        <w:t>(D)  table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How many main types of data did you sort in the lab?</w:t>
      </w:r>
    </w:p>
    <w:p>
      <w:pPr>
        <w:spacing w:after="20"/>
        <w:ind w:left="504"/>
      </w:pPr>
      <w:r>
        <w:rPr>
          <w:color w:val="1A1A2E"/>
          <w:sz w:val="21"/>
        </w:rPr>
        <w:t>(A)  Two</w:t>
      </w:r>
    </w:p>
    <w:p>
      <w:pPr>
        <w:spacing w:after="20"/>
        <w:ind w:left="504"/>
      </w:pPr>
      <w:r>
        <w:rPr>
          <w:color w:val="1A1A2E"/>
          <w:sz w:val="21"/>
        </w:rPr>
        <w:t>(B)  Five (numbers, text, image, video, sound)</w:t>
      </w:r>
    </w:p>
    <w:p>
      <w:pPr>
        <w:spacing w:after="20"/>
        <w:ind w:left="504"/>
      </w:pPr>
      <w:r>
        <w:rPr>
          <w:color w:val="1A1A2E"/>
          <w:sz w:val="21"/>
        </w:rPr>
        <w:t>(C)  One</w:t>
      </w:r>
    </w:p>
    <w:p>
      <w:pPr>
        <w:spacing w:after="20"/>
        <w:ind w:left="504"/>
      </w:pPr>
      <w:r>
        <w:rPr>
          <w:color w:val="1A1A2E"/>
          <w:sz w:val="21"/>
        </w:rPr>
        <w:t>(D)  Ten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1F5CD8"/>
          <w:sz w:val="28"/>
        </w:rPr>
        <w:t>Activity 7. Patterns &amp; Decisions</w:t>
      </w:r>
    </w:p>
    <w:p>
      <w:r>
        <w:rPr>
          <w:i/>
          <w:color w:val="555566"/>
          <w:sz w:val="18"/>
        </w:rPr>
        <w:t>Chapter 3 — Pattern Recognition &amp; Decision Making   ·   plays on: patterns.html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A pattern is a repeated and predictable ______ of elements.</w:t>
      </w:r>
    </w:p>
    <w:p>
      <w:pPr>
        <w:spacing w:after="20"/>
        <w:ind w:left="504"/>
      </w:pPr>
      <w:r>
        <w:rPr>
          <w:color w:val="1A1A2E"/>
          <w:sz w:val="21"/>
        </w:rPr>
        <w:t>(A)  sequence</w:t>
      </w:r>
    </w:p>
    <w:p>
      <w:pPr>
        <w:spacing w:after="20"/>
        <w:ind w:left="504"/>
      </w:pPr>
      <w:r>
        <w:rPr>
          <w:color w:val="1A1A2E"/>
          <w:sz w:val="21"/>
        </w:rPr>
        <w:t>(B)  colour</w:t>
      </w:r>
    </w:p>
    <w:p>
      <w:pPr>
        <w:spacing w:after="20"/>
        <w:ind w:left="504"/>
      </w:pPr>
      <w:r>
        <w:rPr>
          <w:color w:val="1A1A2E"/>
          <w:sz w:val="21"/>
        </w:rPr>
        <w:t>(C)  sound</w:t>
      </w:r>
    </w:p>
    <w:p>
      <w:pPr>
        <w:spacing w:after="20"/>
        <w:ind w:left="504"/>
      </w:pPr>
      <w:r>
        <w:rPr>
          <w:color w:val="1A1A2E"/>
          <w:sz w:val="21"/>
        </w:rPr>
        <w:t>(D)  mistake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A student wakes, brushes teeth and eats breakfast in the same order daily. This is…</w:t>
      </w:r>
    </w:p>
    <w:p>
      <w:pPr>
        <w:spacing w:after="20"/>
        <w:ind w:left="504"/>
      </w:pPr>
      <w:r>
        <w:rPr>
          <w:color w:val="1A1A2E"/>
          <w:sz w:val="21"/>
        </w:rPr>
        <w:t>(A)  a random action</w:t>
      </w:r>
    </w:p>
    <w:p>
      <w:pPr>
        <w:spacing w:after="20"/>
        <w:ind w:left="504"/>
      </w:pPr>
      <w:r>
        <w:rPr>
          <w:color w:val="1A1A2E"/>
          <w:sz w:val="21"/>
        </w:rPr>
        <w:t>(B)  a mistake</w:t>
      </w:r>
    </w:p>
    <w:p>
      <w:pPr>
        <w:spacing w:after="20"/>
        <w:ind w:left="504"/>
      </w:pPr>
      <w:r>
        <w:rPr>
          <w:color w:val="1A1A2E"/>
          <w:sz w:val="21"/>
        </w:rPr>
        <w:t>(C)  a data type</w:t>
      </w:r>
    </w:p>
    <w:p>
      <w:pPr>
        <w:spacing w:after="20"/>
        <w:ind w:left="504"/>
      </w:pPr>
      <w:r>
        <w:rPr>
          <w:color w:val="1A1A2E"/>
          <w:sz w:val="21"/>
        </w:rPr>
        <w:t>(D)  a pattern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Making observations from data means…</w:t>
      </w:r>
    </w:p>
    <w:p>
      <w:pPr>
        <w:spacing w:after="20"/>
        <w:ind w:left="504"/>
      </w:pPr>
      <w:r>
        <w:rPr>
          <w:color w:val="1A1A2E"/>
          <w:sz w:val="21"/>
        </w:rPr>
        <w:t>(A)  looking for patterns and key findings</w:t>
      </w:r>
    </w:p>
    <w:p>
      <w:pPr>
        <w:spacing w:after="20"/>
        <w:ind w:left="504"/>
      </w:pPr>
      <w:r>
        <w:rPr>
          <w:color w:val="1A1A2E"/>
          <w:sz w:val="21"/>
        </w:rPr>
        <w:t>(B)  making random guesses</w:t>
      </w:r>
    </w:p>
    <w:p>
      <w:pPr>
        <w:spacing w:after="20"/>
        <w:ind w:left="504"/>
      </w:pPr>
      <w:r>
        <w:rPr>
          <w:color w:val="1A1A2E"/>
          <w:sz w:val="21"/>
        </w:rPr>
        <w:t>(C)  changing the data</w:t>
      </w:r>
    </w:p>
    <w:p>
      <w:pPr>
        <w:spacing w:after="20"/>
        <w:ind w:left="504"/>
      </w:pPr>
      <w:r>
        <w:rPr>
          <w:color w:val="1A1A2E"/>
          <w:sz w:val="21"/>
        </w:rPr>
        <w:t>(D)  deleting the data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Arranging data by its attributes to find similar groups is called…</w:t>
      </w:r>
    </w:p>
    <w:p>
      <w:pPr>
        <w:spacing w:after="20"/>
        <w:ind w:left="504"/>
      </w:pPr>
      <w:r>
        <w:rPr>
          <w:color w:val="1A1A2E"/>
          <w:sz w:val="21"/>
        </w:rPr>
        <w:t>(A)  sorting and filtering</w:t>
      </w:r>
    </w:p>
    <w:p>
      <w:pPr>
        <w:spacing w:after="20"/>
        <w:ind w:left="504"/>
      </w:pPr>
      <w:r>
        <w:rPr>
          <w:color w:val="1A1A2E"/>
          <w:sz w:val="21"/>
        </w:rPr>
        <w:t>(B)  prediction</w:t>
      </w:r>
    </w:p>
    <w:p>
      <w:pPr>
        <w:spacing w:after="20"/>
        <w:ind w:left="504"/>
      </w:pPr>
      <w:r>
        <w:rPr>
          <w:color w:val="1A1A2E"/>
          <w:sz w:val="21"/>
        </w:rPr>
        <w:t>(C)  entertainment</w:t>
      </w:r>
    </w:p>
    <w:p>
      <w:pPr>
        <w:spacing w:after="20"/>
        <w:ind w:left="504"/>
      </w:pPr>
      <w:r>
        <w:rPr>
          <w:color w:val="1A1A2E"/>
          <w:sz w:val="21"/>
        </w:rPr>
        <w:t>(D)  hiding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Why is predictability useful in a pattern?</w:t>
      </w:r>
    </w:p>
    <w:p>
      <w:pPr>
        <w:spacing w:after="20"/>
        <w:ind w:left="504"/>
      </w:pPr>
      <w:r>
        <w:rPr>
          <w:color w:val="1A1A2E"/>
          <w:sz w:val="21"/>
        </w:rPr>
        <w:t>(A)  it makes things random</w:t>
      </w:r>
    </w:p>
    <w:p>
      <w:pPr>
        <w:spacing w:after="20"/>
        <w:ind w:left="504"/>
      </w:pPr>
      <w:r>
        <w:rPr>
          <w:color w:val="1A1A2E"/>
          <w:sz w:val="21"/>
        </w:rPr>
        <w:t>(B)  it helps us figure out what comes next</w:t>
      </w:r>
    </w:p>
    <w:p>
      <w:pPr>
        <w:spacing w:after="20"/>
        <w:ind w:left="504"/>
      </w:pPr>
      <w:r>
        <w:rPr>
          <w:color w:val="1A1A2E"/>
          <w:sz w:val="21"/>
        </w:rPr>
        <w:t>(C)  it deletes the data</w:t>
      </w:r>
    </w:p>
    <w:p>
      <w:pPr>
        <w:spacing w:after="20"/>
        <w:ind w:left="504"/>
      </w:pPr>
      <w:r>
        <w:rPr>
          <w:color w:val="1A1A2E"/>
          <w:sz w:val="21"/>
        </w:rPr>
        <w:t>(D)  it hides the data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rPr>
          <w:b/>
          <w:color w:val="1F5CD8"/>
          <w:sz w:val="28"/>
        </w:rPr>
        <w:t>Activity 8. Ethics &amp; Digital Safety</w:t>
      </w:r>
    </w:p>
    <w:p>
      <w:r>
        <w:rPr>
          <w:i/>
          <w:color w:val="555566"/>
          <w:sz w:val="18"/>
        </w:rPr>
        <w:t>Chapter 4 — Ethics &amp; Digital Responsibility   ·   plays on: digital-safety.html</w:t>
      </w:r>
    </w:p>
    <w:p>
      <w:r>
        <w:rPr>
          <w:b/>
          <w:color w:val="1A1A2E"/>
        </w:rPr>
        <w:t xml:space="preserve">Q1. </w:t>
      </w:r>
      <w:r>
        <w:rPr>
          <w:color w:val="1A1A2E"/>
        </w:rPr>
        <w:t>Copying text from a website without giving credit is…</w:t>
      </w:r>
    </w:p>
    <w:p>
      <w:pPr>
        <w:spacing w:after="20"/>
        <w:ind w:left="504"/>
      </w:pPr>
      <w:r>
        <w:rPr>
          <w:color w:val="1A1A2E"/>
          <w:sz w:val="21"/>
        </w:rPr>
        <w:t>(A)  spamming</w:t>
      </w:r>
    </w:p>
    <w:p>
      <w:pPr>
        <w:spacing w:after="20"/>
        <w:ind w:left="504"/>
      </w:pPr>
      <w:r>
        <w:rPr>
          <w:color w:val="1A1A2E"/>
          <w:sz w:val="21"/>
        </w:rPr>
        <w:t>(B)  clustering</w:t>
      </w:r>
    </w:p>
    <w:p>
      <w:pPr>
        <w:spacing w:after="20"/>
        <w:ind w:left="504"/>
      </w:pPr>
      <w:r>
        <w:rPr>
          <w:color w:val="1A1A2E"/>
          <w:sz w:val="21"/>
        </w:rPr>
        <w:t>(C)  plagiarism</w:t>
      </w:r>
    </w:p>
    <w:p>
      <w:pPr>
        <w:spacing w:after="20"/>
        <w:ind w:left="504"/>
      </w:pPr>
      <w:r>
        <w:rPr>
          <w:color w:val="1A1A2E"/>
          <w:sz w:val="21"/>
        </w:rPr>
        <w:t>(D)  hacking</w:t>
      </w:r>
    </w:p>
    <w:p>
      <w:pPr>
        <w:spacing w:after="40"/>
      </w:pPr>
    </w:p>
    <w:p>
      <w:r>
        <w:rPr>
          <w:b/>
          <w:color w:val="1A1A2E"/>
        </w:rPr>
        <w:t xml:space="preserve">Q2. </w:t>
      </w:r>
      <w:r>
        <w:rPr>
          <w:color w:val="1A1A2E"/>
        </w:rPr>
        <w:t>You get a message: “Win a free phone! Share your password.” You should…</w:t>
      </w:r>
    </w:p>
    <w:p>
      <w:pPr>
        <w:spacing w:after="20"/>
        <w:ind w:left="504"/>
      </w:pPr>
      <w:r>
        <w:rPr>
          <w:color w:val="1A1A2E"/>
          <w:sz w:val="21"/>
        </w:rPr>
        <w:t>(A)  send your password</w:t>
      </w:r>
    </w:p>
    <w:p>
      <w:pPr>
        <w:spacing w:after="20"/>
        <w:ind w:left="504"/>
      </w:pPr>
      <w:r>
        <w:rPr>
          <w:color w:val="1A1A2E"/>
          <w:sz w:val="21"/>
        </w:rPr>
        <w:t>(B)  tell your parents and not share it</w:t>
      </w:r>
    </w:p>
    <w:p>
      <w:pPr>
        <w:spacing w:after="20"/>
        <w:ind w:left="504"/>
      </w:pPr>
      <w:r>
        <w:rPr>
          <w:color w:val="1A1A2E"/>
          <w:sz w:val="21"/>
        </w:rPr>
        <w:t>(C)  share it with friends</w:t>
      </w:r>
    </w:p>
    <w:p>
      <w:pPr>
        <w:spacing w:after="20"/>
        <w:ind w:left="504"/>
      </w:pPr>
      <w:r>
        <w:rPr>
          <w:color w:val="1A1A2E"/>
          <w:sz w:val="21"/>
        </w:rPr>
        <w:t>(D)  post it online</w:t>
      </w:r>
    </w:p>
    <w:p>
      <w:pPr>
        <w:spacing w:after="40"/>
      </w:pPr>
    </w:p>
    <w:p>
      <w:r>
        <w:rPr>
          <w:b/>
          <w:color w:val="1A1A2E"/>
        </w:rPr>
        <w:t xml:space="preserve">Q3. </w:t>
      </w:r>
      <w:r>
        <w:rPr>
          <w:color w:val="1A1A2E"/>
        </w:rPr>
        <w:t>Which of these is the strongest password?</w:t>
      </w:r>
    </w:p>
    <w:p>
      <w:pPr>
        <w:spacing w:after="20"/>
        <w:ind w:left="504"/>
      </w:pPr>
      <w:r>
        <w:rPr>
          <w:color w:val="1A1A2E"/>
          <w:sz w:val="21"/>
        </w:rPr>
        <w:t>(A)  password</w:t>
      </w:r>
    </w:p>
    <w:p>
      <w:pPr>
        <w:spacing w:after="20"/>
        <w:ind w:left="504"/>
      </w:pPr>
      <w:r>
        <w:rPr>
          <w:color w:val="1A1A2E"/>
          <w:sz w:val="21"/>
        </w:rPr>
        <w:t>(B)  1234</w:t>
      </w:r>
    </w:p>
    <w:p>
      <w:pPr>
        <w:spacing w:after="20"/>
        <w:ind w:left="504"/>
      </w:pPr>
      <w:r>
        <w:rPr>
          <w:color w:val="1A1A2E"/>
          <w:sz w:val="21"/>
        </w:rPr>
        <w:t>(C)  yourname</w:t>
      </w:r>
    </w:p>
    <w:p>
      <w:pPr>
        <w:spacing w:after="20"/>
        <w:ind w:left="504"/>
      </w:pPr>
      <w:r>
        <w:rPr>
          <w:color w:val="1A1A2E"/>
          <w:sz w:val="21"/>
        </w:rPr>
        <w:t>(D)  Rk9#mPz2</w:t>
      </w:r>
    </w:p>
    <w:p>
      <w:pPr>
        <w:spacing w:after="40"/>
      </w:pPr>
    </w:p>
    <w:p>
      <w:r>
        <w:rPr>
          <w:b/>
          <w:color w:val="1A1A2E"/>
        </w:rPr>
        <w:t xml:space="preserve">Q4. </w:t>
      </w:r>
      <w:r>
        <w:rPr>
          <w:color w:val="1A1A2E"/>
        </w:rPr>
        <w:t>Trying illegally to steal someone's confidential information by tricking them is called…</w:t>
      </w:r>
    </w:p>
    <w:p>
      <w:pPr>
        <w:spacing w:after="20"/>
        <w:ind w:left="504"/>
      </w:pPr>
      <w:r>
        <w:rPr>
          <w:color w:val="1A1A2E"/>
          <w:sz w:val="21"/>
        </w:rPr>
        <w:t>(A)  a pictogram</w:t>
      </w:r>
    </w:p>
    <w:p>
      <w:pPr>
        <w:spacing w:after="20"/>
        <w:ind w:left="504"/>
      </w:pPr>
      <w:r>
        <w:rPr>
          <w:color w:val="1A1A2E"/>
          <w:sz w:val="21"/>
        </w:rPr>
        <w:t>(B)  clustering</w:t>
      </w:r>
    </w:p>
    <w:p>
      <w:pPr>
        <w:spacing w:after="20"/>
        <w:ind w:left="504"/>
      </w:pPr>
      <w:r>
        <w:rPr>
          <w:color w:val="1A1A2E"/>
          <w:sz w:val="21"/>
        </w:rPr>
        <w:t>(C)  phishing</w:t>
      </w:r>
    </w:p>
    <w:p>
      <w:pPr>
        <w:spacing w:after="20"/>
        <w:ind w:left="504"/>
      </w:pPr>
      <w:r>
        <w:rPr>
          <w:color w:val="1A1A2E"/>
          <w:sz w:val="21"/>
        </w:rPr>
        <w:t>(D)  a strong password</w:t>
      </w:r>
    </w:p>
    <w:p>
      <w:pPr>
        <w:spacing w:after="40"/>
      </w:pPr>
    </w:p>
    <w:p>
      <w:r>
        <w:rPr>
          <w:b/>
          <w:color w:val="1A1A2E"/>
        </w:rPr>
        <w:t xml:space="preserve">Q5. </w:t>
      </w:r>
      <w:r>
        <w:rPr>
          <w:color w:val="1A1A2E"/>
        </w:rPr>
        <w:t>Posting helpful tips online on purpose creates a/an…</w:t>
      </w:r>
    </w:p>
    <w:p>
      <w:pPr>
        <w:spacing w:after="20"/>
        <w:ind w:left="504"/>
      </w:pPr>
      <w:r>
        <w:rPr>
          <w:color w:val="1A1A2E"/>
          <w:sz w:val="21"/>
        </w:rPr>
        <w:t>(A)  no footprint</w:t>
      </w:r>
    </w:p>
    <w:p>
      <w:pPr>
        <w:spacing w:after="20"/>
        <w:ind w:left="504"/>
      </w:pPr>
      <w:r>
        <w:rPr>
          <w:color w:val="1A1A2E"/>
          <w:sz w:val="21"/>
        </w:rPr>
        <w:t>(B)  hacker footprint</w:t>
      </w:r>
    </w:p>
    <w:p>
      <w:pPr>
        <w:spacing w:after="20"/>
        <w:ind w:left="504"/>
      </w:pPr>
      <w:r>
        <w:rPr>
          <w:color w:val="1A1A2E"/>
          <w:sz w:val="21"/>
        </w:rPr>
        <w:t>(C)  active digital footprint</w:t>
      </w:r>
    </w:p>
    <w:p>
      <w:pPr>
        <w:spacing w:after="20"/>
        <w:ind w:left="504"/>
      </w:pPr>
      <w:r>
        <w:rPr>
          <w:color w:val="1A1A2E"/>
          <w:sz w:val="21"/>
        </w:rPr>
        <w:t>(D)  passive digital footprint</w:t>
      </w:r>
    </w:p>
    <w:p>
      <w:pPr>
        <w:spacing w:after="40"/>
      </w:pPr>
    </w:p>
    <w:p>
      <w:pPr>
        <w:jc w:val="center"/>
      </w:pPr>
      <w:r>
        <w:rPr>
          <w:color w:val="CCCCD6"/>
        </w:rPr>
        <w:t>──────────────────────────────</w:t>
      </w:r>
    </w:p>
    <w:p>
      <w:r>
        <w:br w:type="page"/>
      </w:r>
    </w:p>
    <w:p>
      <w:r>
        <w:rPr>
          <w:b/>
          <w:color w:val="1F5CD8"/>
          <w:sz w:val="36"/>
        </w:rPr>
        <w:t>Answer Key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Activity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Q1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Q2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Q3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Q4</w:t>
            </w:r>
          </w:p>
        </w:tc>
        <w:tc>
          <w:tcPr>
            <w:tcW w:type="dxa" w:w="1440"/>
          </w:tcPr>
          <w:p>
            <w:r>
              <w:rPr>
                <w:b/>
              </w:rPr>
              <w:t>Q5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1. What is AI?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2. AI Around Us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3. Supervised Learning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4. Unsupervised Learning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5. Reinforcement Learning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6. Basic Data Concepts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7. Patterns &amp; Decisions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A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</w:tr>
      <w:tr>
        <w:tc>
          <w:tcPr>
            <w:tcW w:type="dxa" w:w="1440"/>
          </w:tcPr>
          <w:p>
            <w:r>
              <w:rPr>
                <w:b/>
                <w:sz w:val="18"/>
              </w:rPr>
              <w:t>8. Ethics &amp; Digital Safety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B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D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  <w:tc>
          <w:tcPr>
            <w:tcW w:type="dxa" w:w="1440"/>
          </w:tcPr>
          <w:p>
            <w:r>
              <w:rPr>
                <w:b/>
                <w:color w:val="0C7A52"/>
              </w:rPr>
              <w:t>C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