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C7A52"/>
          <w:sz w:val="48"/>
        </w:rPr>
        <w:t>Class 7 — Artificial Intelligence</w:t>
      </w:r>
    </w:p>
    <w:p>
      <w:pPr>
        <w:jc w:val="center"/>
      </w:pPr>
      <w:r>
        <w:rPr>
          <w:b/>
          <w:color w:val="1A1A2E"/>
          <w:sz w:val="28"/>
        </w:rPr>
        <w:t>Objective Question Bank — The AI Lab activities</w:t>
      </w:r>
    </w:p>
    <w:p>
      <w:pPr>
        <w:jc w:val="center"/>
      </w:pPr>
      <w:r>
        <w:rPr>
          <w:color w:val="555566"/>
          <w:sz w:val="19"/>
        </w:rPr>
        <w:t>CBSE Handbook · Part 2 — Artificial Intelligence   ·   13 activities · 65 questions · 5 MCQs per activity</w:t>
      </w:r>
    </w:p>
    <w:p>
      <w:pPr>
        <w:jc w:val="center"/>
      </w:pPr>
      <w:r>
        <w:rPr>
          <w:i/>
          <w:color w:val="555566"/>
          <w:sz w:val="20"/>
        </w:rPr>
        <w:t>Five objective (multiple-choice) questions for every hands-on activity the child plays on the website. Circle or tick the one correct option. An answer key is given at the end.</w:t>
      </w:r>
    </w:p>
    <w:p/>
    <w:p>
      <w:r>
        <w:rPr>
          <w:b/>
          <w:color w:val="0C7A52"/>
          <w:sz w:val="28"/>
        </w:rPr>
        <w:t>Activity 1. Computer Vision</w:t>
      </w:r>
    </w:p>
    <w:p>
      <w:r>
        <w:rPr>
          <w:i/>
          <w:color w:val="555566"/>
          <w:sz w:val="18"/>
        </w:rPr>
        <w:t>Chapter 1 — AI Domains &amp; Applications   ·   plays on: vision.html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How does a computer actually store your drawing?</w:t>
      </w:r>
    </w:p>
    <w:p>
      <w:pPr>
        <w:spacing w:after="20"/>
        <w:ind w:left="504"/>
      </w:pPr>
      <w:r>
        <w:rPr>
          <w:color w:val="1A1A2E"/>
          <w:sz w:val="21"/>
        </w:rPr>
        <w:t>(A)  as the spoken word</w:t>
      </w:r>
    </w:p>
    <w:p>
      <w:pPr>
        <w:spacing w:after="20"/>
        <w:ind w:left="504"/>
      </w:pPr>
      <w:r>
        <w:rPr>
          <w:color w:val="1A1A2E"/>
          <w:sz w:val="21"/>
        </w:rPr>
        <w:t>(B)  as a tiny photo in a drawer</w:t>
      </w:r>
    </w:p>
    <w:p>
      <w:pPr>
        <w:spacing w:after="20"/>
        <w:ind w:left="504"/>
      </w:pPr>
      <w:r>
        <w:rPr>
          <w:color w:val="1A1A2E"/>
          <w:sz w:val="21"/>
        </w:rPr>
        <w:t>(C)  as a smell</w:t>
      </w:r>
    </w:p>
    <w:p>
      <w:pPr>
        <w:spacing w:after="20"/>
        <w:ind w:left="504"/>
      </w:pPr>
      <w:r>
        <w:rPr>
          <w:color w:val="1A1A2E"/>
          <w:sz w:val="21"/>
        </w:rPr>
        <w:t>(D)  as a grid of numbers (pixels)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In the pixel grid, what do 1 and 0 mean?</w:t>
      </w:r>
    </w:p>
    <w:p>
      <w:pPr>
        <w:spacing w:after="20"/>
        <w:ind w:left="504"/>
      </w:pPr>
      <w:r>
        <w:rPr>
          <w:color w:val="1A1A2E"/>
          <w:sz w:val="21"/>
        </w:rPr>
        <w:t>(A)  hot / cold</w:t>
      </w:r>
    </w:p>
    <w:p>
      <w:pPr>
        <w:spacing w:after="20"/>
        <w:ind w:left="504"/>
      </w:pPr>
      <w:r>
        <w:rPr>
          <w:color w:val="1A1A2E"/>
          <w:sz w:val="21"/>
        </w:rPr>
        <w:t>(B)  filled / empty</w:t>
      </w:r>
    </w:p>
    <w:p>
      <w:pPr>
        <w:spacing w:after="20"/>
        <w:ind w:left="504"/>
      </w:pPr>
      <w:r>
        <w:rPr>
          <w:color w:val="1A1A2E"/>
          <w:sz w:val="21"/>
        </w:rPr>
        <w:t>(C)  big / small</w:t>
      </w:r>
    </w:p>
    <w:p>
      <w:pPr>
        <w:spacing w:after="20"/>
        <w:ind w:left="504"/>
      </w:pPr>
      <w:r>
        <w:rPr>
          <w:color w:val="1A1A2E"/>
          <w:sz w:val="21"/>
        </w:rPr>
        <w:t>(D)  left / right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What does a small filter sliding over the image find first?</w:t>
      </w:r>
    </w:p>
    <w:p>
      <w:pPr>
        <w:spacing w:after="20"/>
        <w:ind w:left="504"/>
      </w:pPr>
      <w:r>
        <w:rPr>
          <w:color w:val="1A1A2E"/>
          <w:sz w:val="21"/>
        </w:rPr>
        <w:t>(A)  the file name</w:t>
      </w:r>
    </w:p>
    <w:p>
      <w:pPr>
        <w:spacing w:after="20"/>
        <w:ind w:left="504"/>
      </w:pPr>
      <w:r>
        <w:rPr>
          <w:color w:val="1A1A2E"/>
          <w:sz w:val="21"/>
        </w:rPr>
        <w:t>(B)  the colours of the rainbow</w:t>
      </w:r>
    </w:p>
    <w:p>
      <w:pPr>
        <w:spacing w:after="20"/>
        <w:ind w:left="504"/>
      </w:pPr>
      <w:r>
        <w:rPr>
          <w:color w:val="1A1A2E"/>
          <w:sz w:val="21"/>
        </w:rPr>
        <w:t>(C)  edges</w:t>
      </w:r>
    </w:p>
    <w:p>
      <w:pPr>
        <w:spacing w:after="20"/>
        <w:ind w:left="504"/>
      </w:pPr>
      <w:r>
        <w:rPr>
          <w:color w:val="1A1A2E"/>
          <w:sz w:val="21"/>
        </w:rPr>
        <w:t>(D)  the price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In a real image AI (CNN), the first layer finds edges. Later layers find…</w:t>
      </w:r>
    </w:p>
    <w:p>
      <w:pPr>
        <w:spacing w:after="20"/>
        <w:ind w:left="504"/>
      </w:pPr>
      <w:r>
        <w:rPr>
          <w:color w:val="1A1A2E"/>
          <w:sz w:val="21"/>
        </w:rPr>
        <w:t>(A)  just more edges</w:t>
      </w:r>
    </w:p>
    <w:p>
      <w:pPr>
        <w:spacing w:after="20"/>
        <w:ind w:left="504"/>
      </w:pPr>
      <w:r>
        <w:rPr>
          <w:color w:val="1A1A2E"/>
          <w:sz w:val="21"/>
        </w:rPr>
        <w:t>(B)  sounds</w:t>
      </w:r>
    </w:p>
    <w:p>
      <w:pPr>
        <w:spacing w:after="20"/>
        <w:ind w:left="504"/>
      </w:pPr>
      <w:r>
        <w:rPr>
          <w:color w:val="1A1A2E"/>
          <w:sz w:val="21"/>
        </w:rPr>
        <w:t>(C)  shapes, then whole objects</w:t>
      </w:r>
    </w:p>
    <w:p>
      <w:pPr>
        <w:spacing w:after="20"/>
        <w:ind w:left="504"/>
      </w:pPr>
      <w:r>
        <w:rPr>
          <w:color w:val="1A1A2E"/>
          <w:sz w:val="21"/>
        </w:rPr>
        <w:t>(D)  nothing new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A colour pixel's brightness is usually stored as a number from…</w:t>
      </w:r>
    </w:p>
    <w:p>
      <w:pPr>
        <w:spacing w:after="20"/>
        <w:ind w:left="504"/>
      </w:pPr>
      <w:r>
        <w:rPr>
          <w:color w:val="1A1A2E"/>
          <w:sz w:val="21"/>
        </w:rPr>
        <w:t>(A)  0 to 1 only</w:t>
      </w:r>
    </w:p>
    <w:p>
      <w:pPr>
        <w:spacing w:after="20"/>
        <w:ind w:left="504"/>
      </w:pPr>
      <w:r>
        <w:rPr>
          <w:color w:val="1A1A2E"/>
          <w:sz w:val="21"/>
        </w:rPr>
        <w:t>(B)  1 to 10</w:t>
      </w:r>
    </w:p>
    <w:p>
      <w:pPr>
        <w:spacing w:after="20"/>
        <w:ind w:left="504"/>
      </w:pPr>
      <w:r>
        <w:rPr>
          <w:color w:val="1A1A2E"/>
          <w:sz w:val="21"/>
        </w:rPr>
        <w:t>(C)  1 to 100</w:t>
      </w:r>
    </w:p>
    <w:p>
      <w:pPr>
        <w:spacing w:after="20"/>
        <w:ind w:left="504"/>
      </w:pPr>
      <w:r>
        <w:rPr>
          <w:color w:val="1A1A2E"/>
          <w:sz w:val="21"/>
        </w:rPr>
        <w:t>(D)  0 to 255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0C7A52"/>
          <w:sz w:val="28"/>
        </w:rPr>
        <w:t>Activity 2. Tokenization</w:t>
      </w:r>
    </w:p>
    <w:p>
      <w:r>
        <w:rPr>
          <w:i/>
          <w:color w:val="555566"/>
          <w:sz w:val="18"/>
        </w:rPr>
        <w:t>Chapter 1 — AI Domains &amp; Applications   ·   plays on: tokenization.html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How many word-tokens are in “I love NLP !” (punctuation counts)?</w:t>
      </w:r>
    </w:p>
    <w:p>
      <w:pPr>
        <w:spacing w:after="20"/>
        <w:ind w:left="504"/>
      </w:pPr>
      <w:r>
        <w:rPr>
          <w:color w:val="1A1A2E"/>
          <w:sz w:val="21"/>
        </w:rPr>
        <w:t>(A)  5</w:t>
      </w:r>
    </w:p>
    <w:p>
      <w:pPr>
        <w:spacing w:after="20"/>
        <w:ind w:left="504"/>
      </w:pPr>
      <w:r>
        <w:rPr>
          <w:color w:val="1A1A2E"/>
          <w:sz w:val="21"/>
        </w:rPr>
        <w:t>(B)  2</w:t>
      </w:r>
    </w:p>
    <w:p>
      <w:pPr>
        <w:spacing w:after="20"/>
        <w:ind w:left="504"/>
      </w:pPr>
      <w:r>
        <w:rPr>
          <w:color w:val="1A1A2E"/>
          <w:sz w:val="21"/>
        </w:rPr>
        <w:t>(C)  4</w:t>
      </w:r>
    </w:p>
    <w:p>
      <w:pPr>
        <w:spacing w:after="20"/>
        <w:ind w:left="504"/>
      </w:pPr>
      <w:r>
        <w:rPr>
          <w:color w:val="1A1A2E"/>
          <w:sz w:val="21"/>
        </w:rPr>
        <w:t>(D)  3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Why do big LLMs split words into pieces (subwords)?</w:t>
      </w:r>
    </w:p>
    <w:p>
      <w:pPr>
        <w:spacing w:after="20"/>
        <w:ind w:left="504"/>
      </w:pPr>
      <w:r>
        <w:rPr>
          <w:color w:val="1A1A2E"/>
          <w:sz w:val="21"/>
        </w:rPr>
        <w:t>(A)  to remove spelling mistakes</w:t>
      </w:r>
    </w:p>
    <w:p>
      <w:pPr>
        <w:spacing w:after="20"/>
        <w:ind w:left="504"/>
      </w:pPr>
      <w:r>
        <w:rPr>
          <w:color w:val="1A1A2E"/>
          <w:sz w:val="21"/>
        </w:rPr>
        <w:t>(B)  so they can build any word, even new ones</w:t>
      </w:r>
    </w:p>
    <w:p>
      <w:pPr>
        <w:spacing w:after="20"/>
        <w:ind w:left="504"/>
      </w:pPr>
      <w:r>
        <w:rPr>
          <w:color w:val="1A1A2E"/>
          <w:sz w:val="21"/>
        </w:rPr>
        <w:t>(C)  to make sentences shorter</w:t>
      </w:r>
    </w:p>
    <w:p>
      <w:pPr>
        <w:spacing w:after="20"/>
        <w:ind w:left="504"/>
      </w:pPr>
      <w:r>
        <w:rPr>
          <w:color w:val="1A1A2E"/>
          <w:sz w:val="21"/>
        </w:rPr>
        <w:t>(D)  to change the language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The small number under a token (like #1234) is its…</w:t>
      </w:r>
    </w:p>
    <w:p>
      <w:pPr>
        <w:spacing w:after="20"/>
        <w:ind w:left="504"/>
      </w:pPr>
      <w:r>
        <w:rPr>
          <w:color w:val="1A1A2E"/>
          <w:sz w:val="21"/>
        </w:rPr>
        <w:t>(A)  price</w:t>
      </w:r>
    </w:p>
    <w:p>
      <w:pPr>
        <w:spacing w:after="20"/>
        <w:ind w:left="504"/>
      </w:pPr>
      <w:r>
        <w:rPr>
          <w:color w:val="1A1A2E"/>
          <w:sz w:val="21"/>
        </w:rPr>
        <w:t>(B)  ID — its slot in the dictionary</w:t>
      </w:r>
    </w:p>
    <w:p>
      <w:pPr>
        <w:spacing w:after="20"/>
        <w:ind w:left="504"/>
      </w:pPr>
      <w:r>
        <w:rPr>
          <w:color w:val="1A1A2E"/>
          <w:sz w:val="21"/>
        </w:rPr>
        <w:t>(C)  number of letters</w:t>
      </w:r>
    </w:p>
    <w:p>
      <w:pPr>
        <w:spacing w:after="20"/>
        <w:ind w:left="504"/>
      </w:pPr>
      <w:r>
        <w:rPr>
          <w:color w:val="1A1A2E"/>
          <w:sz w:val="21"/>
        </w:rPr>
        <w:t>(D)  page number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Splitting “cats” into “cat” + “s” is an example of…</w:t>
      </w:r>
    </w:p>
    <w:p>
      <w:pPr>
        <w:spacing w:after="20"/>
        <w:ind w:left="504"/>
      </w:pPr>
      <w:r>
        <w:rPr>
          <w:color w:val="1A1A2E"/>
          <w:sz w:val="21"/>
        </w:rPr>
        <w:t>(A)  compression</w:t>
      </w:r>
    </w:p>
    <w:p>
      <w:pPr>
        <w:spacing w:after="20"/>
        <w:ind w:left="504"/>
      </w:pPr>
      <w:r>
        <w:rPr>
          <w:color w:val="1A1A2E"/>
          <w:sz w:val="21"/>
        </w:rPr>
        <w:t>(B)  encryption</w:t>
      </w:r>
    </w:p>
    <w:p>
      <w:pPr>
        <w:spacing w:after="20"/>
        <w:ind w:left="504"/>
      </w:pPr>
      <w:r>
        <w:rPr>
          <w:color w:val="1A1A2E"/>
          <w:sz w:val="21"/>
        </w:rPr>
        <w:t>(C)  translation</w:t>
      </w:r>
    </w:p>
    <w:p>
      <w:pPr>
        <w:spacing w:after="20"/>
        <w:ind w:left="504"/>
      </w:pPr>
      <w:r>
        <w:rPr>
          <w:color w:val="1A1A2E"/>
          <w:sz w:val="21"/>
        </w:rPr>
        <w:t>(D)  subword tokenization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Roughly, 1 token is about…</w:t>
      </w:r>
    </w:p>
    <w:p>
      <w:pPr>
        <w:spacing w:after="20"/>
        <w:ind w:left="504"/>
      </w:pPr>
      <w:r>
        <w:rPr>
          <w:color w:val="1A1A2E"/>
          <w:sz w:val="21"/>
        </w:rPr>
        <w:t>(A)  10 words</w:t>
      </w:r>
    </w:p>
    <w:p>
      <w:pPr>
        <w:spacing w:after="20"/>
        <w:ind w:left="504"/>
      </w:pPr>
      <w:r>
        <w:rPr>
          <w:color w:val="1A1A2E"/>
          <w:sz w:val="21"/>
        </w:rPr>
        <w:t>(B)  1 sentence</w:t>
      </w:r>
    </w:p>
    <w:p>
      <w:pPr>
        <w:spacing w:after="20"/>
        <w:ind w:left="504"/>
      </w:pPr>
      <w:r>
        <w:rPr>
          <w:color w:val="1A1A2E"/>
          <w:sz w:val="21"/>
        </w:rPr>
        <w:t>(C)  three-quarters of a word</w:t>
      </w:r>
    </w:p>
    <w:p>
      <w:pPr>
        <w:spacing w:after="20"/>
        <w:ind w:left="504"/>
      </w:pPr>
      <w:r>
        <w:rPr>
          <w:color w:val="1A1A2E"/>
          <w:sz w:val="21"/>
        </w:rPr>
        <w:t>(D)  1 letter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0C7A52"/>
          <w:sz w:val="28"/>
        </w:rPr>
        <w:t>Activity 3. Cleaning Words</w:t>
      </w:r>
    </w:p>
    <w:p>
      <w:r>
        <w:rPr>
          <w:i/>
          <w:color w:val="555566"/>
          <w:sz w:val="18"/>
        </w:rPr>
        <w:t>Chapter 1 — AI Domains &amp; Applications   ·   plays on: cleaning.html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Which of these is a stop-word (a very common word we can drop)?</w:t>
      </w:r>
    </w:p>
    <w:p>
      <w:pPr>
        <w:spacing w:after="20"/>
        <w:ind w:left="504"/>
      </w:pPr>
      <w:r>
        <w:rPr>
          <w:color w:val="1A1A2E"/>
          <w:sz w:val="21"/>
        </w:rPr>
        <w:t>(A)  elephant</w:t>
      </w:r>
    </w:p>
    <w:p>
      <w:pPr>
        <w:spacing w:after="20"/>
        <w:ind w:left="504"/>
      </w:pPr>
      <w:r>
        <w:rPr>
          <w:color w:val="1A1A2E"/>
          <w:sz w:val="21"/>
        </w:rPr>
        <w:t>(B)  the</w:t>
      </w:r>
    </w:p>
    <w:p>
      <w:pPr>
        <w:spacing w:after="20"/>
        <w:ind w:left="504"/>
      </w:pPr>
      <w:r>
        <w:rPr>
          <w:color w:val="1A1A2E"/>
          <w:sz w:val="21"/>
        </w:rPr>
        <w:t>(C)  football</w:t>
      </w:r>
    </w:p>
    <w:p>
      <w:pPr>
        <w:spacing w:after="20"/>
        <w:ind w:left="504"/>
      </w:pPr>
      <w:r>
        <w:rPr>
          <w:color w:val="1A1A2E"/>
          <w:sz w:val="21"/>
        </w:rPr>
        <w:t>(D)  running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Stemming is fast but crude. What does it turn “studies” into?</w:t>
      </w:r>
    </w:p>
    <w:p>
      <w:pPr>
        <w:spacing w:after="20"/>
        <w:ind w:left="504"/>
      </w:pPr>
      <w:r>
        <w:rPr>
          <w:color w:val="1A1A2E"/>
          <w:sz w:val="21"/>
        </w:rPr>
        <w:t>(A)  student</w:t>
      </w:r>
    </w:p>
    <w:p>
      <w:pPr>
        <w:spacing w:after="20"/>
        <w:ind w:left="504"/>
      </w:pPr>
      <w:r>
        <w:rPr>
          <w:color w:val="1A1A2E"/>
          <w:sz w:val="21"/>
        </w:rPr>
        <w:t>(B)  studi</w:t>
      </w:r>
    </w:p>
    <w:p>
      <w:pPr>
        <w:spacing w:after="20"/>
        <w:ind w:left="504"/>
      </w:pPr>
      <w:r>
        <w:rPr>
          <w:color w:val="1A1A2E"/>
          <w:sz w:val="21"/>
        </w:rPr>
        <w:t>(C)  study</w:t>
      </w:r>
    </w:p>
    <w:p>
      <w:pPr>
        <w:spacing w:after="20"/>
        <w:ind w:left="504"/>
      </w:pPr>
      <w:r>
        <w:rPr>
          <w:color w:val="1A1A2E"/>
          <w:sz w:val="21"/>
        </w:rPr>
        <w:t>(D)  studying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Which method gives a real dictionary word as the root?</w:t>
      </w:r>
    </w:p>
    <w:p>
      <w:pPr>
        <w:spacing w:after="20"/>
        <w:ind w:left="504"/>
      </w:pPr>
      <w:r>
        <w:rPr>
          <w:color w:val="1A1A2E"/>
          <w:sz w:val="21"/>
        </w:rPr>
        <w:t>(A)  lemmatization</w:t>
      </w:r>
    </w:p>
    <w:p>
      <w:pPr>
        <w:spacing w:after="20"/>
        <w:ind w:left="504"/>
      </w:pPr>
      <w:r>
        <w:rPr>
          <w:color w:val="1A1A2E"/>
          <w:sz w:val="21"/>
        </w:rPr>
        <w:t>(B)  tokenization</w:t>
      </w:r>
    </w:p>
    <w:p>
      <w:pPr>
        <w:spacing w:after="20"/>
        <w:ind w:left="504"/>
      </w:pPr>
      <w:r>
        <w:rPr>
          <w:color w:val="1A1A2E"/>
          <w:sz w:val="21"/>
        </w:rPr>
        <w:t>(C)  neither</w:t>
      </w:r>
    </w:p>
    <w:p>
      <w:pPr>
        <w:spacing w:after="20"/>
        <w:ind w:left="504"/>
      </w:pPr>
      <w:r>
        <w:rPr>
          <w:color w:val="1A1A2E"/>
          <w:sz w:val="21"/>
        </w:rPr>
        <w:t>(D)  stemming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“running”, “runs” and “ran” should all reduce to…</w:t>
      </w:r>
    </w:p>
    <w:p>
      <w:pPr>
        <w:spacing w:after="20"/>
        <w:ind w:left="504"/>
      </w:pPr>
      <w:r>
        <w:rPr>
          <w:color w:val="1A1A2E"/>
          <w:sz w:val="21"/>
        </w:rPr>
        <w:t>(A)  runn</w:t>
      </w:r>
    </w:p>
    <w:p>
      <w:pPr>
        <w:spacing w:after="20"/>
        <w:ind w:left="504"/>
      </w:pPr>
      <w:r>
        <w:rPr>
          <w:color w:val="1A1A2E"/>
          <w:sz w:val="21"/>
        </w:rPr>
        <w:t>(B)  runner</w:t>
      </w:r>
    </w:p>
    <w:p>
      <w:pPr>
        <w:spacing w:after="20"/>
        <w:ind w:left="504"/>
      </w:pPr>
      <w:r>
        <w:rPr>
          <w:color w:val="1A1A2E"/>
          <w:sz w:val="21"/>
        </w:rPr>
        <w:t>(C)  running</w:t>
      </w:r>
    </w:p>
    <w:p>
      <w:pPr>
        <w:spacing w:after="20"/>
        <w:ind w:left="504"/>
      </w:pPr>
      <w:r>
        <w:rPr>
          <w:color w:val="1A1A2E"/>
          <w:sz w:val="21"/>
        </w:rPr>
        <w:t>(D)  run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Why do we shrink words to a root at all?</w:t>
      </w:r>
    </w:p>
    <w:p>
      <w:pPr>
        <w:spacing w:after="20"/>
        <w:ind w:left="504"/>
      </w:pPr>
      <w:r>
        <w:rPr>
          <w:color w:val="1A1A2E"/>
          <w:sz w:val="21"/>
        </w:rPr>
        <w:t>(A)  to make them longer</w:t>
      </w:r>
    </w:p>
    <w:p>
      <w:pPr>
        <w:spacing w:after="20"/>
        <w:ind w:left="504"/>
      </w:pPr>
      <w:r>
        <w:rPr>
          <w:color w:val="1A1A2E"/>
          <w:sz w:val="21"/>
        </w:rPr>
        <w:t>(B)  so different forms count as the same idea</w:t>
      </w:r>
    </w:p>
    <w:p>
      <w:pPr>
        <w:spacing w:after="20"/>
        <w:ind w:left="504"/>
      </w:pPr>
      <w:r>
        <w:rPr>
          <w:color w:val="1A1A2E"/>
          <w:sz w:val="21"/>
        </w:rPr>
        <w:t>(C)  to hide them</w:t>
      </w:r>
    </w:p>
    <w:p>
      <w:pPr>
        <w:spacing w:after="20"/>
        <w:ind w:left="504"/>
      </w:pPr>
      <w:r>
        <w:rPr>
          <w:color w:val="1A1A2E"/>
          <w:sz w:val="21"/>
        </w:rPr>
        <w:t>(D)  to save paper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0C7A52"/>
          <w:sz w:val="28"/>
        </w:rPr>
        <w:t>Activity 4. Word Numbers (Embeddings)</w:t>
      </w:r>
    </w:p>
    <w:p>
      <w:r>
        <w:rPr>
          <w:i/>
          <w:color w:val="555566"/>
          <w:sz w:val="18"/>
        </w:rPr>
        <w:t>Chapter 1 — AI Domains &amp; Applications   ·   plays on: embeddings.html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An embedding for a word is…</w:t>
      </w:r>
    </w:p>
    <w:p>
      <w:pPr>
        <w:spacing w:after="20"/>
        <w:ind w:left="504"/>
      </w:pPr>
      <w:r>
        <w:rPr>
          <w:color w:val="1A1A2E"/>
          <w:sz w:val="21"/>
        </w:rPr>
        <w:t>(A)  a list of numbers</w:t>
      </w:r>
    </w:p>
    <w:p>
      <w:pPr>
        <w:spacing w:after="20"/>
        <w:ind w:left="504"/>
      </w:pPr>
      <w:r>
        <w:rPr>
          <w:color w:val="1A1A2E"/>
          <w:sz w:val="21"/>
        </w:rPr>
        <w:t>(B)  its spelling</w:t>
      </w:r>
    </w:p>
    <w:p>
      <w:pPr>
        <w:spacing w:after="20"/>
        <w:ind w:left="504"/>
      </w:pPr>
      <w:r>
        <w:rPr>
          <w:color w:val="1A1A2E"/>
          <w:sz w:val="21"/>
        </w:rPr>
        <w:t>(C)  its sound</w:t>
      </w:r>
    </w:p>
    <w:p>
      <w:pPr>
        <w:spacing w:after="20"/>
        <w:ind w:left="504"/>
      </w:pPr>
      <w:r>
        <w:rPr>
          <w:color w:val="1A1A2E"/>
          <w:sz w:val="21"/>
        </w:rPr>
        <w:t>(D)  a picture of the word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Two words that mean similar things end up with…</w:t>
      </w:r>
    </w:p>
    <w:p>
      <w:pPr>
        <w:spacing w:after="20"/>
        <w:ind w:left="504"/>
      </w:pPr>
      <w:r>
        <w:rPr>
          <w:color w:val="1A1A2E"/>
          <w:sz w:val="21"/>
        </w:rPr>
        <w:t>(A)  similar numbers (close on the map)</w:t>
      </w:r>
    </w:p>
    <w:p>
      <w:pPr>
        <w:spacing w:after="20"/>
        <w:ind w:left="504"/>
      </w:pPr>
      <w:r>
        <w:rPr>
          <w:color w:val="1A1A2E"/>
          <w:sz w:val="21"/>
        </w:rPr>
        <w:t>(B)  the same spelling</w:t>
      </w:r>
    </w:p>
    <w:p>
      <w:pPr>
        <w:spacing w:after="20"/>
        <w:ind w:left="504"/>
      </w:pPr>
      <w:r>
        <w:rPr>
          <w:color w:val="1A1A2E"/>
          <w:sz w:val="21"/>
        </w:rPr>
        <w:t>(C)  no numbers</w:t>
      </w:r>
    </w:p>
    <w:p>
      <w:pPr>
        <w:spacing w:after="20"/>
        <w:ind w:left="504"/>
      </w:pPr>
      <w:r>
        <w:rPr>
          <w:color w:val="1A1A2E"/>
          <w:sz w:val="21"/>
        </w:rPr>
        <w:t>(D)  very different numbers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On the word map, the closest word to “puppy” is…</w:t>
      </w:r>
    </w:p>
    <w:p>
      <w:pPr>
        <w:spacing w:after="20"/>
        <w:ind w:left="504"/>
      </w:pPr>
      <w:r>
        <w:rPr>
          <w:color w:val="1A1A2E"/>
          <w:sz w:val="21"/>
        </w:rPr>
        <w:t>(A)  car</w:t>
      </w:r>
    </w:p>
    <w:p>
      <w:pPr>
        <w:spacing w:after="20"/>
        <w:ind w:left="504"/>
      </w:pPr>
      <w:r>
        <w:rPr>
          <w:color w:val="1A1A2E"/>
          <w:sz w:val="21"/>
        </w:rPr>
        <w:t>(B)  apple</w:t>
      </w:r>
    </w:p>
    <w:p>
      <w:pPr>
        <w:spacing w:after="20"/>
        <w:ind w:left="504"/>
      </w:pPr>
      <w:r>
        <w:rPr>
          <w:color w:val="1A1A2E"/>
          <w:sz w:val="21"/>
        </w:rPr>
        <w:t>(C)  dog</w:t>
      </w:r>
    </w:p>
    <w:p>
      <w:pPr>
        <w:spacing w:after="20"/>
        <w:ind w:left="504"/>
      </w:pPr>
      <w:r>
        <w:rPr>
          <w:color w:val="1A1A2E"/>
          <w:sz w:val="21"/>
        </w:rPr>
        <w:t>(D)  rain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king → queen is like man → ?</w:t>
      </w:r>
    </w:p>
    <w:p>
      <w:pPr>
        <w:spacing w:after="20"/>
        <w:ind w:left="504"/>
      </w:pPr>
      <w:r>
        <w:rPr>
          <w:color w:val="1A1A2E"/>
          <w:sz w:val="21"/>
        </w:rPr>
        <w:t>(A)  apple</w:t>
      </w:r>
    </w:p>
    <w:p>
      <w:pPr>
        <w:spacing w:after="20"/>
        <w:ind w:left="504"/>
      </w:pPr>
      <w:r>
        <w:rPr>
          <w:color w:val="1A1A2E"/>
          <w:sz w:val="21"/>
        </w:rPr>
        <w:t>(B)  king</w:t>
      </w:r>
    </w:p>
    <w:p>
      <w:pPr>
        <w:spacing w:after="20"/>
        <w:ind w:left="504"/>
      </w:pPr>
      <w:r>
        <w:rPr>
          <w:color w:val="1A1A2E"/>
          <w:sz w:val="21"/>
        </w:rPr>
        <w:t>(C)  woman</w:t>
      </w:r>
    </w:p>
    <w:p>
      <w:pPr>
        <w:spacing w:after="20"/>
        <w:ind w:left="504"/>
      </w:pPr>
      <w:r>
        <w:rPr>
          <w:color w:val="1A1A2E"/>
          <w:sz w:val="21"/>
        </w:rPr>
        <w:t>(D)  dog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When does a model learn these number-meanings for words?</w:t>
      </w:r>
    </w:p>
    <w:p>
      <w:pPr>
        <w:spacing w:after="20"/>
        <w:ind w:left="504"/>
      </w:pPr>
      <w:r>
        <w:rPr>
          <w:color w:val="1A1A2E"/>
          <w:sz w:val="21"/>
        </w:rPr>
        <w:t>(A)  never</w:t>
      </w:r>
    </w:p>
    <w:p>
      <w:pPr>
        <w:spacing w:after="20"/>
        <w:ind w:left="504"/>
      </w:pPr>
      <w:r>
        <w:rPr>
          <w:color w:val="1A1A2E"/>
          <w:sz w:val="21"/>
        </w:rPr>
        <w:t>(B)  while you chat</w:t>
      </w:r>
    </w:p>
    <w:p>
      <w:pPr>
        <w:spacing w:after="20"/>
        <w:ind w:left="504"/>
      </w:pPr>
      <w:r>
        <w:rPr>
          <w:color w:val="1A1A2E"/>
          <w:sz w:val="21"/>
        </w:rPr>
        <w:t>(C)  during training</w:t>
      </w:r>
    </w:p>
    <w:p>
      <w:pPr>
        <w:spacing w:after="20"/>
        <w:ind w:left="504"/>
      </w:pPr>
      <w:r>
        <w:rPr>
          <w:color w:val="1A1A2E"/>
          <w:sz w:val="21"/>
        </w:rPr>
        <w:t>(D)  after it is switched off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0C7A52"/>
          <w:sz w:val="28"/>
        </w:rPr>
        <w:t>Activity 5. Guess the Next Word</w:t>
      </w:r>
    </w:p>
    <w:p>
      <w:r>
        <w:rPr>
          <w:i/>
          <w:color w:val="555566"/>
          <w:sz w:val="18"/>
        </w:rPr>
        <w:t>Chapter 1 — AI Domains &amp; Applications   ·   plays on: next-word.html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How does a chatbot actually write its reply?</w:t>
      </w:r>
    </w:p>
    <w:p>
      <w:pPr>
        <w:spacing w:after="20"/>
        <w:ind w:left="504"/>
      </w:pPr>
      <w:r>
        <w:rPr>
          <w:color w:val="1A1A2E"/>
          <w:sz w:val="21"/>
        </w:rPr>
        <w:t>(A)  by guessing the next word, again and again</w:t>
      </w:r>
    </w:p>
    <w:p>
      <w:pPr>
        <w:spacing w:after="20"/>
        <w:ind w:left="504"/>
      </w:pPr>
      <w:r>
        <w:rPr>
          <w:color w:val="1A1A2E"/>
          <w:sz w:val="21"/>
        </w:rPr>
        <w:t>(B)  by copying an answer from a book</w:t>
      </w:r>
    </w:p>
    <w:p>
      <w:pPr>
        <w:spacing w:after="20"/>
        <w:ind w:left="504"/>
      </w:pPr>
      <w:r>
        <w:rPr>
          <w:color w:val="1A1A2E"/>
          <w:sz w:val="21"/>
        </w:rPr>
        <w:t>(C)  by asking a human</w:t>
      </w:r>
    </w:p>
    <w:p>
      <w:pPr>
        <w:spacing w:after="20"/>
        <w:ind w:left="504"/>
      </w:pPr>
      <w:r>
        <w:rPr>
          <w:color w:val="1A1A2E"/>
          <w:sz w:val="21"/>
        </w:rPr>
        <w:t>(D)  by searching the internet each time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A model that looks at the previous two words to guess the next is called a…</w:t>
      </w:r>
    </w:p>
    <w:p>
      <w:pPr>
        <w:spacing w:after="20"/>
        <w:ind w:left="504"/>
      </w:pPr>
      <w:r>
        <w:rPr>
          <w:color w:val="1A1A2E"/>
          <w:sz w:val="21"/>
        </w:rPr>
        <w:t>(A)  bigram</w:t>
      </w:r>
    </w:p>
    <w:p>
      <w:pPr>
        <w:spacing w:after="20"/>
        <w:ind w:left="504"/>
      </w:pPr>
      <w:r>
        <w:rPr>
          <w:color w:val="1A1A2E"/>
          <w:sz w:val="21"/>
        </w:rPr>
        <w:t>(B)  diagram</w:t>
      </w:r>
    </w:p>
    <w:p>
      <w:pPr>
        <w:spacing w:after="20"/>
        <w:ind w:left="504"/>
      </w:pPr>
      <w:r>
        <w:rPr>
          <w:color w:val="1A1A2E"/>
          <w:sz w:val="21"/>
        </w:rPr>
        <w:t>(C)  hexagon</w:t>
      </w:r>
    </w:p>
    <w:p>
      <w:pPr>
        <w:spacing w:after="20"/>
        <w:ind w:left="504"/>
      </w:pPr>
      <w:r>
        <w:rPr>
          <w:color w:val="1A1A2E"/>
          <w:sz w:val="21"/>
        </w:rPr>
        <w:t>(D)  trigram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The bars in the next-word game show…</w:t>
      </w:r>
    </w:p>
    <w:p>
      <w:pPr>
        <w:spacing w:after="20"/>
        <w:ind w:left="504"/>
      </w:pPr>
      <w:r>
        <w:rPr>
          <w:color w:val="1A1A2E"/>
          <w:sz w:val="21"/>
        </w:rPr>
        <w:t>(A)  how long each word is</w:t>
      </w:r>
    </w:p>
    <w:p>
      <w:pPr>
        <w:spacing w:after="20"/>
        <w:ind w:left="504"/>
      </w:pPr>
      <w:r>
        <w:rPr>
          <w:color w:val="1A1A2E"/>
          <w:sz w:val="21"/>
        </w:rPr>
        <w:t>(B)  the price of each word</w:t>
      </w:r>
    </w:p>
    <w:p>
      <w:pPr>
        <w:spacing w:after="20"/>
        <w:ind w:left="504"/>
      </w:pPr>
      <w:r>
        <w:rPr>
          <w:color w:val="1A1A2E"/>
          <w:sz w:val="21"/>
        </w:rPr>
        <w:t>(C)  the colour of each word</w:t>
      </w:r>
    </w:p>
    <w:p>
      <w:pPr>
        <w:spacing w:after="20"/>
        <w:ind w:left="504"/>
      </w:pPr>
      <w:r>
        <w:rPr>
          <w:color w:val="1A1A2E"/>
          <w:sz w:val="21"/>
        </w:rPr>
        <w:t>(D)  the chance (probability) of each next word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Picking the next word over and over to write an answer is called…</w:t>
      </w:r>
    </w:p>
    <w:p>
      <w:pPr>
        <w:spacing w:after="20"/>
        <w:ind w:left="504"/>
      </w:pPr>
      <w:r>
        <w:rPr>
          <w:color w:val="1A1A2E"/>
          <w:sz w:val="21"/>
        </w:rPr>
        <w:t>(A)  tokenizing</w:t>
      </w:r>
    </w:p>
    <w:p>
      <w:pPr>
        <w:spacing w:after="20"/>
        <w:ind w:left="504"/>
      </w:pPr>
      <w:r>
        <w:rPr>
          <w:color w:val="1A1A2E"/>
          <w:sz w:val="21"/>
        </w:rPr>
        <w:t>(B)  inference</w:t>
      </w:r>
    </w:p>
    <w:p>
      <w:pPr>
        <w:spacing w:after="20"/>
        <w:ind w:left="504"/>
      </w:pPr>
      <w:r>
        <w:rPr>
          <w:color w:val="1A1A2E"/>
          <w:sz w:val="21"/>
        </w:rPr>
        <w:t>(C)  training</w:t>
      </w:r>
    </w:p>
    <w:p>
      <w:pPr>
        <w:spacing w:after="20"/>
        <w:ind w:left="504"/>
      </w:pPr>
      <w:r>
        <w:rPr>
          <w:color w:val="1A1A2E"/>
          <w:sz w:val="21"/>
        </w:rPr>
        <w:t>(D)  cleaning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Why did the toy model get stuck repeating in a loop?</w:t>
      </w:r>
    </w:p>
    <w:p>
      <w:pPr>
        <w:spacing w:after="20"/>
        <w:ind w:left="504"/>
      </w:pPr>
      <w:r>
        <w:rPr>
          <w:color w:val="1A1A2E"/>
          <w:sz w:val="21"/>
        </w:rPr>
        <w:t>(A)  the screen froze</w:t>
      </w:r>
    </w:p>
    <w:p>
      <w:pPr>
        <w:spacing w:after="20"/>
        <w:ind w:left="504"/>
      </w:pPr>
      <w:r>
        <w:rPr>
          <w:color w:val="1A1A2E"/>
          <w:sz w:val="21"/>
        </w:rPr>
        <w:t>(B)  the internet was slow</w:t>
      </w:r>
    </w:p>
    <w:p>
      <w:pPr>
        <w:spacing w:after="20"/>
        <w:ind w:left="504"/>
      </w:pPr>
      <w:r>
        <w:rPr>
          <w:color w:val="1A1A2E"/>
          <w:sz w:val="21"/>
        </w:rPr>
        <w:t>(C)  it ran out of words</w:t>
      </w:r>
    </w:p>
    <w:p>
      <w:pPr>
        <w:spacing w:after="20"/>
        <w:ind w:left="504"/>
      </w:pPr>
      <w:r>
        <w:rPr>
          <w:color w:val="1A1A2E"/>
          <w:sz w:val="21"/>
        </w:rPr>
        <w:t>(D)  it only remembers the last word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0C7A52"/>
          <w:sz w:val="28"/>
        </w:rPr>
        <w:t>Activity 6. Classification</w:t>
      </w:r>
    </w:p>
    <w:p>
      <w:r>
        <w:rPr>
          <w:i/>
          <w:color w:val="555566"/>
          <w:sz w:val="18"/>
        </w:rPr>
        <w:t>Chapter 1 — AI Domains &amp; Applications   ·   plays on: classification.html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A classifier learns from…</w:t>
      </w:r>
    </w:p>
    <w:p>
      <w:pPr>
        <w:spacing w:after="20"/>
        <w:ind w:left="504"/>
      </w:pPr>
      <w:r>
        <w:rPr>
          <w:color w:val="1A1A2E"/>
          <w:sz w:val="21"/>
        </w:rPr>
        <w:t>(A)  numbers with no answers</w:t>
      </w:r>
    </w:p>
    <w:p>
      <w:pPr>
        <w:spacing w:after="20"/>
        <w:ind w:left="504"/>
      </w:pPr>
      <w:r>
        <w:rPr>
          <w:color w:val="1A1A2E"/>
          <w:sz w:val="21"/>
        </w:rPr>
        <w:t>(B)  labelled examples</w:t>
      </w:r>
    </w:p>
    <w:p>
      <w:pPr>
        <w:spacing w:after="20"/>
        <w:ind w:left="504"/>
      </w:pPr>
      <w:r>
        <w:rPr>
          <w:color w:val="1A1A2E"/>
          <w:sz w:val="21"/>
        </w:rPr>
        <w:t>(C)  nothing</w:t>
      </w:r>
    </w:p>
    <w:p>
      <w:pPr>
        <w:spacing w:after="20"/>
        <w:ind w:left="504"/>
      </w:pPr>
      <w:r>
        <w:rPr>
          <w:color w:val="1A1A2E"/>
          <w:sz w:val="21"/>
        </w:rPr>
        <w:t>(D)  random noise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Because a human gives the labels, this is called ___ learning.</w:t>
      </w:r>
    </w:p>
    <w:p>
      <w:pPr>
        <w:spacing w:after="20"/>
        <w:ind w:left="504"/>
      </w:pPr>
      <w:r>
        <w:rPr>
          <w:color w:val="1A1A2E"/>
          <w:sz w:val="21"/>
        </w:rPr>
        <w:t>(A)  supervised</w:t>
      </w:r>
    </w:p>
    <w:p>
      <w:pPr>
        <w:spacing w:after="20"/>
        <w:ind w:left="504"/>
      </w:pPr>
      <w:r>
        <w:rPr>
          <w:color w:val="1A1A2E"/>
          <w:sz w:val="21"/>
        </w:rPr>
        <w:t>(B)  reinforcement</w:t>
      </w:r>
    </w:p>
    <w:p>
      <w:pPr>
        <w:spacing w:after="20"/>
        <w:ind w:left="504"/>
      </w:pPr>
      <w:r>
        <w:rPr>
          <w:color w:val="1A1A2E"/>
          <w:sz w:val="21"/>
        </w:rPr>
        <w:t>(C)  unsupervised</w:t>
      </w:r>
    </w:p>
    <w:p>
      <w:pPr>
        <w:spacing w:after="20"/>
        <w:ind w:left="504"/>
      </w:pPr>
      <w:r>
        <w:rPr>
          <w:color w:val="1A1A2E"/>
          <w:sz w:val="21"/>
        </w:rPr>
        <w:t>(D)  day-dreaming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How does a classifier label a new example it has never seen?</w:t>
      </w:r>
    </w:p>
    <w:p>
      <w:pPr>
        <w:spacing w:after="20"/>
        <w:ind w:left="504"/>
      </w:pPr>
      <w:r>
        <w:rPr>
          <w:color w:val="1A1A2E"/>
          <w:sz w:val="21"/>
        </w:rPr>
        <w:t>(A)  it cannot</w:t>
      </w:r>
    </w:p>
    <w:p>
      <w:pPr>
        <w:spacing w:after="20"/>
        <w:ind w:left="504"/>
      </w:pPr>
      <w:r>
        <w:rPr>
          <w:color w:val="1A1A2E"/>
          <w:sz w:val="21"/>
        </w:rPr>
        <w:t>(B)  by which side of the learned boundary it lands on</w:t>
      </w:r>
    </w:p>
    <w:p>
      <w:pPr>
        <w:spacing w:after="20"/>
        <w:ind w:left="504"/>
      </w:pPr>
      <w:r>
        <w:rPr>
          <w:color w:val="1A1A2E"/>
          <w:sz w:val="21"/>
        </w:rPr>
        <w:t>(C)  by its size only</w:t>
      </w:r>
    </w:p>
    <w:p>
      <w:pPr>
        <w:spacing w:after="20"/>
        <w:ind w:left="504"/>
      </w:pPr>
      <w:r>
        <w:rPr>
          <w:color w:val="1A1A2E"/>
          <w:sz w:val="21"/>
        </w:rPr>
        <w:t>(D)  by its colour only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Which of these is a classification job?</w:t>
      </w:r>
    </w:p>
    <w:p>
      <w:pPr>
        <w:spacing w:after="20"/>
        <w:ind w:left="504"/>
      </w:pPr>
      <w:r>
        <w:rPr>
          <w:color w:val="1A1A2E"/>
          <w:sz w:val="21"/>
        </w:rPr>
        <w:t>(A)  adding numbers</w:t>
      </w:r>
    </w:p>
    <w:p>
      <w:pPr>
        <w:spacing w:after="20"/>
        <w:ind w:left="504"/>
      </w:pPr>
      <w:r>
        <w:rPr>
          <w:color w:val="1A1A2E"/>
          <w:sz w:val="21"/>
        </w:rPr>
        <w:t>(B)  predicting exact house price</w:t>
      </w:r>
    </w:p>
    <w:p>
      <w:pPr>
        <w:spacing w:after="20"/>
        <w:ind w:left="504"/>
      </w:pPr>
      <w:r>
        <w:rPr>
          <w:color w:val="1A1A2E"/>
          <w:sz w:val="21"/>
        </w:rPr>
        <w:t>(C)  spam vs not-spam email</w:t>
      </w:r>
    </w:p>
    <w:p>
      <w:pPr>
        <w:spacing w:after="20"/>
        <w:ind w:left="504"/>
      </w:pPr>
      <w:r>
        <w:rPr>
          <w:color w:val="1A1A2E"/>
          <w:sz w:val="21"/>
        </w:rPr>
        <w:t>(D)  grouping unknown photos with no labels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Finding groups with NO labels is instead called…</w:t>
      </w:r>
    </w:p>
    <w:p>
      <w:pPr>
        <w:spacing w:after="20"/>
        <w:ind w:left="504"/>
      </w:pPr>
      <w:r>
        <w:rPr>
          <w:color w:val="1A1A2E"/>
          <w:sz w:val="21"/>
        </w:rPr>
        <w:t>(A)  classification again</w:t>
      </w:r>
    </w:p>
    <w:p>
      <w:pPr>
        <w:spacing w:after="20"/>
        <w:ind w:left="504"/>
      </w:pPr>
      <w:r>
        <w:rPr>
          <w:color w:val="1A1A2E"/>
          <w:sz w:val="21"/>
        </w:rPr>
        <w:t>(B)  clustering (unsupervised)</w:t>
      </w:r>
    </w:p>
    <w:p>
      <w:pPr>
        <w:spacing w:after="20"/>
        <w:ind w:left="504"/>
      </w:pPr>
      <w:r>
        <w:rPr>
          <w:color w:val="1A1A2E"/>
          <w:sz w:val="21"/>
        </w:rPr>
        <w:t>(C)  regression</w:t>
      </w:r>
    </w:p>
    <w:p>
      <w:pPr>
        <w:spacing w:after="20"/>
        <w:ind w:left="504"/>
      </w:pPr>
      <w:r>
        <w:rPr>
          <w:color w:val="1A1A2E"/>
          <w:sz w:val="21"/>
        </w:rPr>
        <w:t>(D)  tokenizing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0C7A52"/>
          <w:sz w:val="28"/>
        </w:rPr>
        <w:t>Activity 7. Regression</w:t>
      </w:r>
    </w:p>
    <w:p>
      <w:r>
        <w:rPr>
          <w:i/>
          <w:color w:val="555566"/>
          <w:sz w:val="18"/>
        </w:rPr>
        <w:t>Chapter 1 — AI Domains &amp; Applications   ·   plays on: regression.html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Which AI technique predicts numerical values?</w:t>
      </w:r>
    </w:p>
    <w:p>
      <w:pPr>
        <w:spacing w:after="20"/>
        <w:ind w:left="504"/>
      </w:pPr>
      <w:r>
        <w:rPr>
          <w:color w:val="1A1A2E"/>
          <w:sz w:val="21"/>
        </w:rPr>
        <w:t>(A)  Classification</w:t>
      </w:r>
    </w:p>
    <w:p>
      <w:pPr>
        <w:spacing w:after="20"/>
        <w:ind w:left="504"/>
      </w:pPr>
      <w:r>
        <w:rPr>
          <w:color w:val="1A1A2E"/>
          <w:sz w:val="21"/>
        </w:rPr>
        <w:t>(B)  Tokenization</w:t>
      </w:r>
    </w:p>
    <w:p>
      <w:pPr>
        <w:spacing w:after="20"/>
        <w:ind w:left="504"/>
      </w:pPr>
      <w:r>
        <w:rPr>
          <w:color w:val="1A1A2E"/>
          <w:sz w:val="21"/>
        </w:rPr>
        <w:t>(C)  Regression</w:t>
      </w:r>
    </w:p>
    <w:p>
      <w:pPr>
        <w:spacing w:after="20"/>
        <w:ind w:left="504"/>
      </w:pPr>
      <w:r>
        <w:rPr>
          <w:color w:val="1A1A2E"/>
          <w:sz w:val="21"/>
        </w:rPr>
        <w:t>(D)  Clustering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In classification the output is a category. In regression the output is…</w:t>
      </w:r>
    </w:p>
    <w:p>
      <w:pPr>
        <w:spacing w:after="20"/>
        <w:ind w:left="504"/>
      </w:pPr>
      <w:r>
        <w:rPr>
          <w:color w:val="1A1A2E"/>
          <w:sz w:val="21"/>
        </w:rPr>
        <w:t>(A)  a number</w:t>
      </w:r>
    </w:p>
    <w:p>
      <w:pPr>
        <w:spacing w:after="20"/>
        <w:ind w:left="504"/>
      </w:pPr>
      <w:r>
        <w:rPr>
          <w:color w:val="1A1A2E"/>
          <w:sz w:val="21"/>
        </w:rPr>
        <w:t>(B)  a label</w:t>
      </w:r>
    </w:p>
    <w:p>
      <w:pPr>
        <w:spacing w:after="20"/>
        <w:ind w:left="504"/>
      </w:pPr>
      <w:r>
        <w:rPr>
          <w:color w:val="1A1A2E"/>
          <w:sz w:val="21"/>
        </w:rPr>
        <w:t>(C)  a colour</w:t>
      </w:r>
    </w:p>
    <w:p>
      <w:pPr>
        <w:spacing w:after="20"/>
        <w:ind w:left="504"/>
      </w:pPr>
      <w:r>
        <w:rPr>
          <w:color w:val="1A1A2E"/>
          <w:sz w:val="21"/>
        </w:rPr>
        <w:t>(D)  a category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Which of these is a regression problem?</w:t>
      </w:r>
    </w:p>
    <w:p>
      <w:pPr>
        <w:spacing w:after="20"/>
        <w:ind w:left="504"/>
      </w:pPr>
      <w:r>
        <w:rPr>
          <w:color w:val="1A1A2E"/>
          <w:sz w:val="21"/>
        </w:rPr>
        <w:t>(A)  labelling cats vs dogs</w:t>
      </w:r>
    </w:p>
    <w:p>
      <w:pPr>
        <w:spacing w:after="20"/>
        <w:ind w:left="504"/>
      </w:pPr>
      <w:r>
        <w:rPr>
          <w:color w:val="1A1A2E"/>
          <w:sz w:val="21"/>
        </w:rPr>
        <w:t>(B)  predicting next test marks</w:t>
      </w:r>
    </w:p>
    <w:p>
      <w:pPr>
        <w:spacing w:after="20"/>
        <w:ind w:left="504"/>
      </w:pPr>
      <w:r>
        <w:rPr>
          <w:color w:val="1A1A2E"/>
          <w:sz w:val="21"/>
        </w:rPr>
        <w:t>(C)  grouping unknown photos</w:t>
      </w:r>
    </w:p>
    <w:p>
      <w:pPr>
        <w:spacing w:after="20"/>
        <w:ind w:left="504"/>
      </w:pPr>
      <w:r>
        <w:rPr>
          <w:color w:val="1A1A2E"/>
          <w:sz w:val="21"/>
        </w:rPr>
        <w:t>(D)  sorting spam vs not-spam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To predict a house's price, the model looks at things like its…</w:t>
      </w:r>
    </w:p>
    <w:p>
      <w:pPr>
        <w:spacing w:after="20"/>
        <w:ind w:left="504"/>
      </w:pPr>
      <w:r>
        <w:rPr>
          <w:color w:val="1A1A2E"/>
          <w:sz w:val="21"/>
        </w:rPr>
        <w:t>(A)  owner's mood</w:t>
      </w:r>
    </w:p>
    <w:p>
      <w:pPr>
        <w:spacing w:after="20"/>
        <w:ind w:left="504"/>
      </w:pPr>
      <w:r>
        <w:rPr>
          <w:color w:val="1A1A2E"/>
          <w:sz w:val="21"/>
        </w:rPr>
        <w:t>(B)  favourite colour</w:t>
      </w:r>
    </w:p>
    <w:p>
      <w:pPr>
        <w:spacing w:after="20"/>
        <w:ind w:left="504"/>
      </w:pPr>
      <w:r>
        <w:rPr>
          <w:color w:val="1A1A2E"/>
          <w:sz w:val="21"/>
        </w:rPr>
        <w:t>(C)  size and location</w:t>
      </w:r>
    </w:p>
    <w:p>
      <w:pPr>
        <w:spacing w:after="20"/>
        <w:ind w:left="504"/>
      </w:pPr>
      <w:r>
        <w:rPr>
          <w:color w:val="1A1A2E"/>
          <w:sz w:val="21"/>
        </w:rPr>
        <w:t>(D)  name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The straight trend line you fitted is used to…</w:t>
      </w:r>
    </w:p>
    <w:p>
      <w:pPr>
        <w:spacing w:after="20"/>
        <w:ind w:left="504"/>
      </w:pPr>
      <w:r>
        <w:rPr>
          <w:color w:val="1A1A2E"/>
          <w:sz w:val="21"/>
        </w:rPr>
        <w:t>(A)  predict the number for a new input</w:t>
      </w:r>
    </w:p>
    <w:p>
      <w:pPr>
        <w:spacing w:after="20"/>
        <w:ind w:left="504"/>
      </w:pPr>
      <w:r>
        <w:rPr>
          <w:color w:val="1A1A2E"/>
          <w:sz w:val="21"/>
        </w:rPr>
        <w:t>(B)  delete data</w:t>
      </w:r>
    </w:p>
    <w:p>
      <w:pPr>
        <w:spacing w:after="20"/>
        <w:ind w:left="504"/>
      </w:pPr>
      <w:r>
        <w:rPr>
          <w:color w:val="1A1A2E"/>
          <w:sz w:val="21"/>
        </w:rPr>
        <w:t>(C)  sort data alphabetically</w:t>
      </w:r>
    </w:p>
    <w:p>
      <w:pPr>
        <w:spacing w:after="20"/>
        <w:ind w:left="504"/>
      </w:pPr>
      <w:r>
        <w:rPr>
          <w:color w:val="1A1A2E"/>
          <w:sz w:val="21"/>
        </w:rPr>
        <w:t>(D)  paint the chart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0C7A52"/>
          <w:sz w:val="28"/>
        </w:rPr>
        <w:t>Activity 8. Clustering</w:t>
      </w:r>
    </w:p>
    <w:p>
      <w:r>
        <w:rPr>
          <w:i/>
          <w:color w:val="555566"/>
          <w:sz w:val="18"/>
        </w:rPr>
        <w:t>Chapter 1 — AI Domains &amp; Applications   ·   plays on: clustering.html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Does clustering use labels?</w:t>
      </w:r>
    </w:p>
    <w:p>
      <w:pPr>
        <w:spacing w:after="20"/>
        <w:ind w:left="504"/>
      </w:pPr>
      <w:r>
        <w:rPr>
          <w:color w:val="1A1A2E"/>
          <w:sz w:val="21"/>
        </w:rPr>
        <w:t>(A)  Yes, on every dot</w:t>
      </w:r>
    </w:p>
    <w:p>
      <w:pPr>
        <w:spacing w:after="20"/>
        <w:ind w:left="504"/>
      </w:pPr>
      <w:r>
        <w:rPr>
          <w:color w:val="1A1A2E"/>
          <w:sz w:val="21"/>
        </w:rPr>
        <w:t>(B)  Only on the last dot</w:t>
      </w:r>
    </w:p>
    <w:p>
      <w:pPr>
        <w:spacing w:after="20"/>
        <w:ind w:left="504"/>
      </w:pPr>
      <w:r>
        <w:rPr>
          <w:color w:val="1A1A2E"/>
          <w:sz w:val="21"/>
        </w:rPr>
        <w:t>(C)  Only on the first dot</w:t>
      </w:r>
    </w:p>
    <w:p>
      <w:pPr>
        <w:spacing w:after="20"/>
        <w:ind w:left="504"/>
      </w:pPr>
      <w:r>
        <w:rPr>
          <w:color w:val="1A1A2E"/>
          <w:sz w:val="21"/>
        </w:rPr>
        <w:t>(D)  No — none at all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How does clustering decide which dots belong together?</w:t>
      </w:r>
    </w:p>
    <w:p>
      <w:pPr>
        <w:spacing w:after="20"/>
        <w:ind w:left="504"/>
      </w:pPr>
      <w:r>
        <w:rPr>
          <w:color w:val="1A1A2E"/>
          <w:sz w:val="21"/>
        </w:rPr>
        <w:t>(A)  alphabetical order</w:t>
      </w:r>
    </w:p>
    <w:p>
      <w:pPr>
        <w:spacing w:after="20"/>
        <w:ind w:left="504"/>
      </w:pPr>
      <w:r>
        <w:rPr>
          <w:color w:val="1A1A2E"/>
          <w:sz w:val="21"/>
        </w:rPr>
        <w:t>(B)  they are close together</w:t>
      </w:r>
    </w:p>
    <w:p>
      <w:pPr>
        <w:spacing w:after="20"/>
        <w:ind w:left="504"/>
      </w:pPr>
      <w:r>
        <w:rPr>
          <w:color w:val="1A1A2E"/>
          <w:sz w:val="21"/>
        </w:rPr>
        <w:t>(C)  their colour to start</w:t>
      </w:r>
    </w:p>
    <w:p>
      <w:pPr>
        <w:spacing w:after="20"/>
        <w:ind w:left="504"/>
      </w:pPr>
      <w:r>
        <w:rPr>
          <w:color w:val="1A1A2E"/>
          <w:sz w:val="21"/>
        </w:rPr>
        <w:t>(D)  the order they arrive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The method with centres + nearest dots that you animated is called…</w:t>
      </w:r>
    </w:p>
    <w:p>
      <w:pPr>
        <w:spacing w:after="20"/>
        <w:ind w:left="504"/>
      </w:pPr>
      <w:r>
        <w:rPr>
          <w:color w:val="1A1A2E"/>
          <w:sz w:val="21"/>
        </w:rPr>
        <w:t>(A)  k-means</w:t>
      </w:r>
    </w:p>
    <w:p>
      <w:pPr>
        <w:spacing w:after="20"/>
        <w:ind w:left="504"/>
      </w:pPr>
      <w:r>
        <w:rPr>
          <w:color w:val="1A1A2E"/>
          <w:sz w:val="21"/>
        </w:rPr>
        <w:t>(B)  spell-check</w:t>
      </w:r>
    </w:p>
    <w:p>
      <w:pPr>
        <w:spacing w:after="20"/>
        <w:ind w:left="504"/>
      </w:pPr>
      <w:r>
        <w:rPr>
          <w:color w:val="1A1A2E"/>
          <w:sz w:val="21"/>
        </w:rPr>
        <w:t>(C)  tokenizing</w:t>
      </w:r>
    </w:p>
    <w:p>
      <w:pPr>
        <w:spacing w:after="20"/>
        <w:ind w:left="504"/>
      </w:pPr>
      <w:r>
        <w:rPr>
          <w:color w:val="1A1A2E"/>
          <w:sz w:val="21"/>
        </w:rPr>
        <w:t>(D)  regression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The biggest difference from classification is that clustering…</w:t>
      </w:r>
    </w:p>
    <w:p>
      <w:pPr>
        <w:spacing w:after="20"/>
        <w:ind w:left="504"/>
      </w:pPr>
      <w:r>
        <w:rPr>
          <w:color w:val="1A1A2E"/>
          <w:sz w:val="21"/>
        </w:rPr>
        <w:t>(A)  has no difference</w:t>
      </w:r>
    </w:p>
    <w:p>
      <w:pPr>
        <w:spacing w:after="20"/>
        <w:ind w:left="504"/>
      </w:pPr>
      <w:r>
        <w:rPr>
          <w:color w:val="1A1A2E"/>
          <w:sz w:val="21"/>
        </w:rPr>
        <w:t>(B)  is just faster</w:t>
      </w:r>
    </w:p>
    <w:p>
      <w:pPr>
        <w:spacing w:after="20"/>
        <w:ind w:left="504"/>
      </w:pPr>
      <w:r>
        <w:rPr>
          <w:color w:val="1A1A2E"/>
          <w:sz w:val="21"/>
        </w:rPr>
        <w:t>(C)  uses more colours</w:t>
      </w:r>
    </w:p>
    <w:p>
      <w:pPr>
        <w:spacing w:after="20"/>
        <w:ind w:left="504"/>
      </w:pPr>
      <w:r>
        <w:rPr>
          <w:color w:val="1A1A2E"/>
          <w:sz w:val="21"/>
        </w:rPr>
        <w:t>(D)  has no labels/teacher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The third way of learning — from rewards — is called…</w:t>
      </w:r>
    </w:p>
    <w:p>
      <w:pPr>
        <w:spacing w:after="20"/>
        <w:ind w:left="504"/>
      </w:pPr>
      <w:r>
        <w:rPr>
          <w:color w:val="1A1A2E"/>
          <w:sz w:val="21"/>
        </w:rPr>
        <w:t>(A)  reinforcement learning</w:t>
      </w:r>
    </w:p>
    <w:p>
      <w:pPr>
        <w:spacing w:after="20"/>
        <w:ind w:left="504"/>
      </w:pPr>
      <w:r>
        <w:rPr>
          <w:color w:val="1A1A2E"/>
          <w:sz w:val="21"/>
        </w:rPr>
        <w:t>(B)  clustering again</w:t>
      </w:r>
    </w:p>
    <w:p>
      <w:pPr>
        <w:spacing w:after="20"/>
        <w:ind w:left="504"/>
      </w:pPr>
      <w:r>
        <w:rPr>
          <w:color w:val="1A1A2E"/>
          <w:sz w:val="21"/>
        </w:rPr>
        <w:t>(C)  tokenizing</w:t>
      </w:r>
    </w:p>
    <w:p>
      <w:pPr>
        <w:spacing w:after="20"/>
        <w:ind w:left="504"/>
      </w:pPr>
      <w:r>
        <w:rPr>
          <w:color w:val="1A1A2E"/>
          <w:sz w:val="21"/>
        </w:rPr>
        <w:t>(D)  regression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0C7A52"/>
          <w:sz w:val="28"/>
        </w:rPr>
        <w:t>Activity 9. Datasets &amp; the Split</w:t>
      </w:r>
    </w:p>
    <w:p>
      <w:r>
        <w:rPr>
          <w:i/>
          <w:color w:val="555566"/>
          <w:sz w:val="18"/>
        </w:rPr>
        <w:t>Chapter 1 — AI Domains &amp; Applications   ·   plays on: datasets.html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A dataset is divided into training, validation and…</w:t>
      </w:r>
    </w:p>
    <w:p>
      <w:pPr>
        <w:spacing w:after="20"/>
        <w:ind w:left="504"/>
      </w:pPr>
      <w:r>
        <w:rPr>
          <w:color w:val="1A1A2E"/>
          <w:sz w:val="21"/>
        </w:rPr>
        <w:t>(A)  delete</w:t>
      </w:r>
    </w:p>
    <w:p>
      <w:pPr>
        <w:spacing w:after="20"/>
        <w:ind w:left="504"/>
      </w:pPr>
      <w:r>
        <w:rPr>
          <w:color w:val="1A1A2E"/>
          <w:sz w:val="21"/>
        </w:rPr>
        <w:t>(B)  backup</w:t>
      </w:r>
    </w:p>
    <w:p>
      <w:pPr>
        <w:spacing w:after="20"/>
        <w:ind w:left="504"/>
      </w:pPr>
      <w:r>
        <w:rPr>
          <w:color w:val="1A1A2E"/>
          <w:sz w:val="21"/>
        </w:rPr>
        <w:t>(C)  colour</w:t>
      </w:r>
    </w:p>
    <w:p>
      <w:pPr>
        <w:spacing w:after="20"/>
        <w:ind w:left="504"/>
      </w:pPr>
      <w:r>
        <w:rPr>
          <w:color w:val="1A1A2E"/>
          <w:sz w:val="21"/>
        </w:rPr>
        <w:t>(D)  test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Which part is used for the FINAL evaluation of the model?</w:t>
      </w:r>
    </w:p>
    <w:p>
      <w:pPr>
        <w:spacing w:after="20"/>
        <w:ind w:left="504"/>
      </w:pPr>
      <w:r>
        <w:rPr>
          <w:color w:val="1A1A2E"/>
          <w:sz w:val="21"/>
        </w:rPr>
        <w:t>(A)  Test</w:t>
      </w:r>
    </w:p>
    <w:p>
      <w:pPr>
        <w:spacing w:after="20"/>
        <w:ind w:left="504"/>
      </w:pPr>
      <w:r>
        <w:rPr>
          <w:color w:val="1A1A2E"/>
          <w:sz w:val="21"/>
        </w:rPr>
        <w:t>(B)  Validation</w:t>
      </w:r>
    </w:p>
    <w:p>
      <w:pPr>
        <w:spacing w:after="20"/>
        <w:ind w:left="504"/>
      </w:pPr>
      <w:r>
        <w:rPr>
          <w:color w:val="1A1A2E"/>
          <w:sz w:val="21"/>
        </w:rPr>
        <w:t>(C)  Training</w:t>
      </w:r>
    </w:p>
    <w:p>
      <w:pPr>
        <w:spacing w:after="20"/>
        <w:ind w:left="504"/>
      </w:pPr>
      <w:r>
        <w:rPr>
          <w:color w:val="1A1A2E"/>
          <w:sz w:val="21"/>
        </w:rPr>
        <w:t>(D)  None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Which is an example of STRUCTURED data?</w:t>
      </w:r>
    </w:p>
    <w:p>
      <w:pPr>
        <w:spacing w:after="20"/>
        <w:ind w:left="504"/>
      </w:pPr>
      <w:r>
        <w:rPr>
          <w:color w:val="1A1A2E"/>
          <w:sz w:val="21"/>
        </w:rPr>
        <w:t>(A)  a photo album</w:t>
      </w:r>
    </w:p>
    <w:p>
      <w:pPr>
        <w:spacing w:after="20"/>
        <w:ind w:left="504"/>
      </w:pPr>
      <w:r>
        <w:rPr>
          <w:color w:val="1A1A2E"/>
          <w:sz w:val="21"/>
        </w:rPr>
        <w:t>(B)  student marks in a table</w:t>
      </w:r>
    </w:p>
    <w:p>
      <w:pPr>
        <w:spacing w:after="20"/>
        <w:ind w:left="504"/>
      </w:pPr>
      <w:r>
        <w:rPr>
          <w:color w:val="1A1A2E"/>
          <w:sz w:val="21"/>
        </w:rPr>
        <w:t>(C)  an audio recording</w:t>
      </w:r>
    </w:p>
    <w:p>
      <w:pPr>
        <w:spacing w:after="20"/>
        <w:ind w:left="504"/>
      </w:pPr>
      <w:r>
        <w:rPr>
          <w:color w:val="1A1A2E"/>
          <w:sz w:val="21"/>
        </w:rPr>
        <w:t>(D)  a pile of videos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Daily temperature readings collected over a week are a ______ dataset.</w:t>
      </w:r>
    </w:p>
    <w:p>
      <w:pPr>
        <w:spacing w:after="20"/>
        <w:ind w:left="504"/>
      </w:pPr>
      <w:r>
        <w:rPr>
          <w:color w:val="1A1A2E"/>
          <w:sz w:val="21"/>
        </w:rPr>
        <w:t>(A)  time-series</w:t>
      </w:r>
    </w:p>
    <w:p>
      <w:pPr>
        <w:spacing w:after="20"/>
        <w:ind w:left="504"/>
      </w:pPr>
      <w:r>
        <w:rPr>
          <w:color w:val="1A1A2E"/>
          <w:sz w:val="21"/>
        </w:rPr>
        <w:t>(B)  image</w:t>
      </w:r>
    </w:p>
    <w:p>
      <w:pPr>
        <w:spacing w:after="20"/>
        <w:ind w:left="504"/>
      </w:pPr>
      <w:r>
        <w:rPr>
          <w:color w:val="1A1A2E"/>
          <w:sz w:val="21"/>
        </w:rPr>
        <w:t>(C)  spatial</w:t>
      </w:r>
    </w:p>
    <w:p>
      <w:pPr>
        <w:spacing w:after="20"/>
        <w:ind w:left="504"/>
      </w:pPr>
      <w:r>
        <w:rPr>
          <w:color w:val="1A1A2E"/>
          <w:sz w:val="21"/>
        </w:rPr>
        <w:t>(D)  text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Why don't we let the model see the TEST data while training?</w:t>
      </w:r>
    </w:p>
    <w:p>
      <w:pPr>
        <w:spacing w:after="20"/>
        <w:ind w:left="504"/>
      </w:pPr>
      <w:r>
        <w:rPr>
          <w:color w:val="1A1A2E"/>
          <w:sz w:val="21"/>
        </w:rPr>
        <w:t>(A)  to make training slower</w:t>
      </w:r>
    </w:p>
    <w:p>
      <w:pPr>
        <w:spacing w:after="20"/>
        <w:ind w:left="504"/>
      </w:pPr>
      <w:r>
        <w:rPr>
          <w:color w:val="1A1A2E"/>
          <w:sz w:val="21"/>
        </w:rPr>
        <w:t>(B)  so the test is a fair, unseen final exam</w:t>
      </w:r>
    </w:p>
    <w:p>
      <w:pPr>
        <w:spacing w:after="20"/>
        <w:ind w:left="504"/>
      </w:pPr>
      <w:r>
        <w:rPr>
          <w:color w:val="1A1A2E"/>
          <w:sz w:val="21"/>
        </w:rPr>
        <w:t>(C)  there is no reason</w:t>
      </w:r>
    </w:p>
    <w:p>
      <w:pPr>
        <w:spacing w:after="20"/>
        <w:ind w:left="504"/>
      </w:pPr>
      <w:r>
        <w:rPr>
          <w:color w:val="1A1A2E"/>
          <w:sz w:val="21"/>
        </w:rPr>
        <w:t>(D)  to save space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0C7A52"/>
          <w:sz w:val="28"/>
        </w:rPr>
        <w:t>Activity 10. AI Around Us</w:t>
      </w:r>
    </w:p>
    <w:p>
      <w:r>
        <w:rPr>
          <w:i/>
          <w:color w:val="555566"/>
          <w:sz w:val="18"/>
        </w:rPr>
        <w:t>Chapter 2 — AI in Industries   ·   plays on: ai-applications.html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In agriculture, AI can…</w:t>
      </w:r>
    </w:p>
    <w:p>
      <w:pPr>
        <w:spacing w:after="20"/>
        <w:ind w:left="504"/>
      </w:pPr>
      <w:r>
        <w:rPr>
          <w:color w:val="1A1A2E"/>
          <w:sz w:val="21"/>
        </w:rPr>
        <w:t>(A)  make it rain on command</w:t>
      </w:r>
    </w:p>
    <w:p>
      <w:pPr>
        <w:spacing w:after="20"/>
        <w:ind w:left="504"/>
      </w:pPr>
      <w:r>
        <w:rPr>
          <w:color w:val="1A1A2E"/>
          <w:sz w:val="21"/>
        </w:rPr>
        <w:t>(B)  detect pests and advise on soil and weather</w:t>
      </w:r>
    </w:p>
    <w:p>
      <w:pPr>
        <w:spacing w:after="20"/>
        <w:ind w:left="504"/>
      </w:pPr>
      <w:r>
        <w:rPr>
          <w:color w:val="1A1A2E"/>
          <w:sz w:val="21"/>
        </w:rPr>
        <w:t>(C)  do nothing useful</w:t>
      </w:r>
    </w:p>
    <w:p>
      <w:pPr>
        <w:spacing w:after="20"/>
        <w:ind w:left="504"/>
      </w:pPr>
      <w:r>
        <w:rPr>
          <w:color w:val="1A1A2E"/>
          <w:sz w:val="21"/>
        </w:rPr>
        <w:t>(D)  replace the soil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In healthcare, AI mainly helps with…</w:t>
      </w:r>
    </w:p>
    <w:p>
      <w:pPr>
        <w:spacing w:after="20"/>
        <w:ind w:left="504"/>
      </w:pPr>
      <w:r>
        <w:rPr>
          <w:color w:val="1A1A2E"/>
          <w:sz w:val="21"/>
        </w:rPr>
        <w:t>(A)  advertising</w:t>
      </w:r>
    </w:p>
    <w:p>
      <w:pPr>
        <w:spacing w:after="20"/>
        <w:ind w:left="504"/>
      </w:pPr>
      <w:r>
        <w:rPr>
          <w:color w:val="1A1A2E"/>
          <w:sz w:val="21"/>
        </w:rPr>
        <w:t>(B)  decoration</w:t>
      </w:r>
    </w:p>
    <w:p>
      <w:pPr>
        <w:spacing w:after="20"/>
        <w:ind w:left="504"/>
      </w:pPr>
      <w:r>
        <w:rPr>
          <w:color w:val="1A1A2E"/>
          <w:sz w:val="21"/>
        </w:rPr>
        <w:t>(C)  diagnosis — reading scans and spotting disease</w:t>
      </w:r>
    </w:p>
    <w:p>
      <w:pPr>
        <w:spacing w:after="20"/>
        <w:ind w:left="504"/>
      </w:pPr>
      <w:r>
        <w:rPr>
          <w:color w:val="1A1A2E"/>
          <w:sz w:val="21"/>
        </w:rPr>
        <w:t>(D)  cleaning wards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No-code AI tools let users…</w:t>
      </w:r>
    </w:p>
    <w:p>
      <w:pPr>
        <w:spacing w:after="20"/>
        <w:ind w:left="504"/>
      </w:pPr>
      <w:r>
        <w:rPr>
          <w:color w:val="1A1A2E"/>
          <w:sz w:val="21"/>
        </w:rPr>
        <w:t>(A)  delete the internet</w:t>
      </w:r>
    </w:p>
    <w:p>
      <w:pPr>
        <w:spacing w:after="20"/>
        <w:ind w:left="504"/>
      </w:pPr>
      <w:r>
        <w:rPr>
          <w:color w:val="1A1A2E"/>
          <w:sz w:val="21"/>
        </w:rPr>
        <w:t>(B)  train AI models without writing code</w:t>
      </w:r>
    </w:p>
    <w:p>
      <w:pPr>
        <w:spacing w:after="20"/>
        <w:ind w:left="504"/>
      </w:pPr>
      <w:r>
        <w:rPr>
          <w:color w:val="1A1A2E"/>
          <w:sz w:val="21"/>
        </w:rPr>
        <w:t>(C)  only play games</w:t>
      </w:r>
    </w:p>
    <w:p>
      <w:pPr>
        <w:spacing w:after="20"/>
        <w:ind w:left="504"/>
      </w:pPr>
      <w:r>
        <w:rPr>
          <w:color w:val="1A1A2E"/>
          <w:sz w:val="21"/>
        </w:rPr>
        <w:t>(D)  replace all teachers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AI in smart homes appears as…</w:t>
      </w:r>
    </w:p>
    <w:p>
      <w:pPr>
        <w:spacing w:after="20"/>
        <w:ind w:left="504"/>
      </w:pPr>
      <w:r>
        <w:rPr>
          <w:color w:val="1A1A2E"/>
          <w:sz w:val="21"/>
        </w:rPr>
        <w:t>(A)  voice-controlled appliances</w:t>
      </w:r>
    </w:p>
    <w:p>
      <w:pPr>
        <w:spacing w:after="20"/>
        <w:ind w:left="504"/>
      </w:pPr>
      <w:r>
        <w:rPr>
          <w:color w:val="1A1A2E"/>
          <w:sz w:val="21"/>
        </w:rPr>
        <w:t>(B)  a paper notebook</w:t>
      </w:r>
    </w:p>
    <w:p>
      <w:pPr>
        <w:spacing w:after="20"/>
        <w:ind w:left="504"/>
      </w:pPr>
      <w:r>
        <w:rPr>
          <w:color w:val="1A1A2E"/>
          <w:sz w:val="21"/>
        </w:rPr>
        <w:t>(C)  a manual switch</w:t>
      </w:r>
    </w:p>
    <w:p>
      <w:pPr>
        <w:spacing w:after="20"/>
        <w:ind w:left="504"/>
      </w:pPr>
      <w:r>
        <w:rPr>
          <w:color w:val="1A1A2E"/>
          <w:sz w:val="21"/>
        </w:rPr>
        <w:t>(D)  a candle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Which problem can AI help solve using satellite images of rivers and oceans?</w:t>
      </w:r>
    </w:p>
    <w:p>
      <w:pPr>
        <w:spacing w:after="20"/>
        <w:ind w:left="504"/>
      </w:pPr>
      <w:r>
        <w:rPr>
          <w:color w:val="1A1A2E"/>
          <w:sz w:val="21"/>
        </w:rPr>
        <w:t>(A)  homework</w:t>
      </w:r>
    </w:p>
    <w:p>
      <w:pPr>
        <w:spacing w:after="20"/>
        <w:ind w:left="504"/>
      </w:pPr>
      <w:r>
        <w:rPr>
          <w:color w:val="1A1A2E"/>
          <w:sz w:val="21"/>
        </w:rPr>
        <w:t>(B)  cooking</w:t>
      </w:r>
    </w:p>
    <w:p>
      <w:pPr>
        <w:spacing w:after="20"/>
        <w:ind w:left="504"/>
      </w:pPr>
      <w:r>
        <w:rPr>
          <w:color w:val="1A1A2E"/>
          <w:sz w:val="21"/>
        </w:rPr>
        <w:t>(C)  spelling mistakes</w:t>
      </w:r>
    </w:p>
    <w:p>
      <w:pPr>
        <w:spacing w:after="20"/>
        <w:ind w:left="504"/>
      </w:pPr>
      <w:r>
        <w:rPr>
          <w:color w:val="1A1A2E"/>
          <w:sz w:val="21"/>
        </w:rPr>
        <w:t>(D)  spotting plastic pollution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0C7A52"/>
          <w:sz w:val="28"/>
        </w:rPr>
        <w:t>Activity 11. Data Visualisation</w:t>
      </w:r>
    </w:p>
    <w:p>
      <w:r>
        <w:rPr>
          <w:i/>
          <w:color w:val="555566"/>
          <w:sz w:val="18"/>
        </w:rPr>
        <w:t>Chapter 3 — Data Visualisation &amp; Analysis   ·   plays on: data-viz.html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Which chart is best for showing how something CHANGES OVER TIME?</w:t>
      </w:r>
    </w:p>
    <w:p>
      <w:pPr>
        <w:spacing w:after="20"/>
        <w:ind w:left="504"/>
      </w:pPr>
      <w:r>
        <w:rPr>
          <w:color w:val="1A1A2E"/>
          <w:sz w:val="21"/>
        </w:rPr>
        <w:t>(A)  Pictogram</w:t>
      </w:r>
    </w:p>
    <w:p>
      <w:pPr>
        <w:spacing w:after="20"/>
        <w:ind w:left="504"/>
      </w:pPr>
      <w:r>
        <w:rPr>
          <w:color w:val="1A1A2E"/>
          <w:sz w:val="21"/>
        </w:rPr>
        <w:t>(B)  Pie chart</w:t>
      </w:r>
    </w:p>
    <w:p>
      <w:pPr>
        <w:spacing w:after="20"/>
        <w:ind w:left="504"/>
      </w:pPr>
      <w:r>
        <w:rPr>
          <w:color w:val="1A1A2E"/>
          <w:sz w:val="21"/>
        </w:rPr>
        <w:t>(C)  Line graph</w:t>
      </w:r>
    </w:p>
    <w:p>
      <w:pPr>
        <w:spacing w:after="20"/>
        <w:ind w:left="504"/>
      </w:pPr>
      <w:r>
        <w:rPr>
          <w:color w:val="1A1A2E"/>
          <w:sz w:val="21"/>
        </w:rPr>
        <w:t>(D)  Table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Which chart shows PARTS OF A WHOLE?</w:t>
      </w:r>
    </w:p>
    <w:p>
      <w:pPr>
        <w:spacing w:after="20"/>
        <w:ind w:left="504"/>
      </w:pPr>
      <w:r>
        <w:rPr>
          <w:color w:val="1A1A2E"/>
          <w:sz w:val="21"/>
        </w:rPr>
        <w:t>(A)  Pie chart</w:t>
      </w:r>
    </w:p>
    <w:p>
      <w:pPr>
        <w:spacing w:after="20"/>
        <w:ind w:left="504"/>
      </w:pPr>
      <w:r>
        <w:rPr>
          <w:color w:val="1A1A2E"/>
          <w:sz w:val="21"/>
        </w:rPr>
        <w:t>(B)  Bar chart</w:t>
      </w:r>
    </w:p>
    <w:p>
      <w:pPr>
        <w:spacing w:after="20"/>
        <w:ind w:left="504"/>
      </w:pPr>
      <w:r>
        <w:rPr>
          <w:color w:val="1A1A2E"/>
          <w:sz w:val="21"/>
        </w:rPr>
        <w:t>(C)  Table</w:t>
      </w:r>
    </w:p>
    <w:p>
      <w:pPr>
        <w:spacing w:after="20"/>
        <w:ind w:left="504"/>
      </w:pPr>
      <w:r>
        <w:rPr>
          <w:color w:val="1A1A2E"/>
          <w:sz w:val="21"/>
        </w:rPr>
        <w:t>(D)  Line graph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Before making charts, data should first be…</w:t>
      </w:r>
    </w:p>
    <w:p>
      <w:pPr>
        <w:spacing w:after="20"/>
        <w:ind w:left="504"/>
      </w:pPr>
      <w:r>
        <w:rPr>
          <w:color w:val="1A1A2E"/>
          <w:sz w:val="21"/>
        </w:rPr>
        <w:t>(A)  hidden</w:t>
      </w:r>
    </w:p>
    <w:p>
      <w:pPr>
        <w:spacing w:after="20"/>
        <w:ind w:left="504"/>
      </w:pPr>
      <w:r>
        <w:rPr>
          <w:color w:val="1A1A2E"/>
          <w:sz w:val="21"/>
        </w:rPr>
        <w:t>(B)  turned into videos</w:t>
      </w:r>
    </w:p>
    <w:p>
      <w:pPr>
        <w:spacing w:after="20"/>
        <w:ind w:left="504"/>
      </w:pPr>
      <w:r>
        <w:rPr>
          <w:color w:val="1A1A2E"/>
          <w:sz w:val="21"/>
        </w:rPr>
        <w:t>(C)  deleted</w:t>
      </w:r>
    </w:p>
    <w:p>
      <w:pPr>
        <w:spacing w:after="20"/>
        <w:ind w:left="504"/>
      </w:pPr>
      <w:r>
        <w:rPr>
          <w:color w:val="1A1A2E"/>
          <w:sz w:val="21"/>
        </w:rPr>
        <w:t>(D)  cleaned and organised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Accuracy refers to how close a measurement is to the ______ value.</w:t>
      </w:r>
    </w:p>
    <w:p>
      <w:pPr>
        <w:spacing w:after="20"/>
        <w:ind w:left="504"/>
      </w:pPr>
      <w:r>
        <w:rPr>
          <w:color w:val="1A1A2E"/>
          <w:sz w:val="21"/>
        </w:rPr>
        <w:t>(A)  random</w:t>
      </w:r>
    </w:p>
    <w:p>
      <w:pPr>
        <w:spacing w:after="20"/>
        <w:ind w:left="504"/>
      </w:pPr>
      <w:r>
        <w:rPr>
          <w:color w:val="1A1A2E"/>
          <w:sz w:val="21"/>
        </w:rPr>
        <w:t>(B)  smallest</w:t>
      </w:r>
    </w:p>
    <w:p>
      <w:pPr>
        <w:spacing w:after="20"/>
        <w:ind w:left="504"/>
      </w:pPr>
      <w:r>
        <w:rPr>
          <w:color w:val="1A1A2E"/>
          <w:sz w:val="21"/>
        </w:rPr>
        <w:t>(C)  biggest</w:t>
      </w:r>
    </w:p>
    <w:p>
      <w:pPr>
        <w:spacing w:after="20"/>
        <w:ind w:left="504"/>
      </w:pPr>
      <w:r>
        <w:rPr>
          <w:color w:val="1A1A2E"/>
          <w:sz w:val="21"/>
        </w:rPr>
        <w:t>(D)  true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Data that is both accurate and precise is called…</w:t>
      </w:r>
    </w:p>
    <w:p>
      <w:pPr>
        <w:spacing w:after="20"/>
        <w:ind w:left="504"/>
      </w:pPr>
      <w:r>
        <w:rPr>
          <w:color w:val="1A1A2E"/>
          <w:sz w:val="21"/>
        </w:rPr>
        <w:t>(A)  random</w:t>
      </w:r>
    </w:p>
    <w:p>
      <w:pPr>
        <w:spacing w:after="20"/>
        <w:ind w:left="504"/>
      </w:pPr>
      <w:r>
        <w:rPr>
          <w:color w:val="1A1A2E"/>
          <w:sz w:val="21"/>
        </w:rPr>
        <w:t>(B)  valid</w:t>
      </w:r>
    </w:p>
    <w:p>
      <w:pPr>
        <w:spacing w:after="20"/>
        <w:ind w:left="504"/>
      </w:pPr>
      <w:r>
        <w:rPr>
          <w:color w:val="1A1A2E"/>
          <w:sz w:val="21"/>
        </w:rPr>
        <w:t>(C)  hidden</w:t>
      </w:r>
    </w:p>
    <w:p>
      <w:pPr>
        <w:spacing w:after="20"/>
        <w:ind w:left="504"/>
      </w:pPr>
      <w:r>
        <w:rPr>
          <w:color w:val="1A1A2E"/>
          <w:sz w:val="21"/>
        </w:rPr>
        <w:t>(D)  broken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0C7A52"/>
          <w:sz w:val="28"/>
        </w:rPr>
        <w:t>Activity 12. Bias &amp; Fairness</w:t>
      </w:r>
    </w:p>
    <w:p>
      <w:r>
        <w:rPr>
          <w:i/>
          <w:color w:val="555566"/>
          <w:sz w:val="18"/>
        </w:rPr>
        <w:t>Chapter 4 — Ethics &amp; AI Bias Awareness   ·   plays on: bias.html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Where does AI bias mainly come from?</w:t>
      </w:r>
    </w:p>
    <w:p>
      <w:pPr>
        <w:spacing w:after="20"/>
        <w:ind w:left="504"/>
      </w:pPr>
      <w:r>
        <w:rPr>
          <w:color w:val="1A1A2E"/>
          <w:sz w:val="21"/>
        </w:rPr>
        <w:t>(A)  a wrong maths answer</w:t>
      </w:r>
    </w:p>
    <w:p>
      <w:pPr>
        <w:spacing w:after="20"/>
        <w:ind w:left="504"/>
      </w:pPr>
      <w:r>
        <w:rPr>
          <w:color w:val="1A1A2E"/>
          <w:sz w:val="21"/>
        </w:rPr>
        <w:t>(B)  unbalanced or unfair training data</w:t>
      </w:r>
    </w:p>
    <w:p>
      <w:pPr>
        <w:spacing w:after="20"/>
        <w:ind w:left="504"/>
      </w:pPr>
      <w:r>
        <w:rPr>
          <w:color w:val="1A1A2E"/>
          <w:sz w:val="21"/>
        </w:rPr>
        <w:t>(C)  fast internet</w:t>
      </w:r>
    </w:p>
    <w:p>
      <w:pPr>
        <w:spacing w:after="20"/>
        <w:ind w:left="504"/>
      </w:pPr>
      <w:r>
        <w:rPr>
          <w:color w:val="1A1A2E"/>
          <w:sz w:val="21"/>
        </w:rPr>
        <w:t>(D)  the screen size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A hiring AI prefers men because past data was mostly men. This is…</w:t>
      </w:r>
    </w:p>
    <w:p>
      <w:pPr>
        <w:spacing w:after="20"/>
        <w:ind w:left="504"/>
      </w:pPr>
      <w:r>
        <w:rPr>
          <w:color w:val="1A1A2E"/>
          <w:sz w:val="21"/>
        </w:rPr>
        <w:t>(A)  no bias</w:t>
      </w:r>
    </w:p>
    <w:p>
      <w:pPr>
        <w:spacing w:after="20"/>
        <w:ind w:left="504"/>
      </w:pPr>
      <w:r>
        <w:rPr>
          <w:color w:val="1A1A2E"/>
          <w:sz w:val="21"/>
        </w:rPr>
        <w:t>(B)  historical bias</w:t>
      </w:r>
    </w:p>
    <w:p>
      <w:pPr>
        <w:spacing w:after="20"/>
        <w:ind w:left="504"/>
      </w:pPr>
      <w:r>
        <w:rPr>
          <w:color w:val="1A1A2E"/>
          <w:sz w:val="21"/>
        </w:rPr>
        <w:t>(C)  a battery fault</w:t>
      </w:r>
    </w:p>
    <w:p>
      <w:pPr>
        <w:spacing w:after="20"/>
        <w:ind w:left="504"/>
      </w:pPr>
      <w:r>
        <w:rPr>
          <w:color w:val="1A1A2E"/>
          <w:sz w:val="21"/>
        </w:rPr>
        <w:t>(D)  a spelling error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If most training images are cricket bats, the AI will…</w:t>
      </w:r>
    </w:p>
    <w:p>
      <w:pPr>
        <w:spacing w:after="20"/>
        <w:ind w:left="504"/>
      </w:pPr>
      <w:r>
        <w:rPr>
          <w:color w:val="1A1A2E"/>
          <w:sz w:val="21"/>
        </w:rPr>
        <w:t>(A)  refuse to answer</w:t>
      </w:r>
    </w:p>
    <w:p>
      <w:pPr>
        <w:spacing w:after="20"/>
        <w:ind w:left="504"/>
      </w:pPr>
      <w:r>
        <w:rPr>
          <w:color w:val="1A1A2E"/>
          <w:sz w:val="21"/>
        </w:rPr>
        <w:t>(B)  become perfect at badminton</w:t>
      </w:r>
    </w:p>
    <w:p>
      <w:pPr>
        <w:spacing w:after="20"/>
        <w:ind w:left="504"/>
      </w:pPr>
      <w:r>
        <w:rPr>
          <w:color w:val="1A1A2E"/>
          <w:sz w:val="21"/>
        </w:rPr>
        <w:t>(C)  guess “cricket bat” too often</w:t>
      </w:r>
    </w:p>
    <w:p>
      <w:pPr>
        <w:spacing w:after="20"/>
        <w:ind w:left="504"/>
      </w:pPr>
      <w:r>
        <w:rPr>
          <w:color w:val="1A1A2E"/>
          <w:sz w:val="21"/>
        </w:rPr>
        <w:t>(D)  delete the images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“Garbage In, Garbage Out” means…</w:t>
      </w:r>
    </w:p>
    <w:p>
      <w:pPr>
        <w:spacing w:after="20"/>
        <w:ind w:left="504"/>
      </w:pPr>
      <w:r>
        <w:rPr>
          <w:color w:val="1A1A2E"/>
          <w:sz w:val="21"/>
        </w:rPr>
        <w:t>(A)  bad data leads to a bad / unfair AI</w:t>
      </w:r>
    </w:p>
    <w:p>
      <w:pPr>
        <w:spacing w:after="20"/>
        <w:ind w:left="504"/>
      </w:pPr>
      <w:r>
        <w:rPr>
          <w:color w:val="1A1A2E"/>
          <w:sz w:val="21"/>
        </w:rPr>
        <w:t>(B)  AI eats rubbish</w:t>
      </w:r>
    </w:p>
    <w:p>
      <w:pPr>
        <w:spacing w:after="20"/>
        <w:ind w:left="504"/>
      </w:pPr>
      <w:r>
        <w:rPr>
          <w:color w:val="1A1A2E"/>
          <w:sz w:val="21"/>
        </w:rPr>
        <w:t>(C)  computers are dirty</w:t>
      </w:r>
    </w:p>
    <w:p>
      <w:pPr>
        <w:spacing w:after="20"/>
        <w:ind w:left="504"/>
      </w:pPr>
      <w:r>
        <w:rPr>
          <w:color w:val="1A1A2E"/>
          <w:sz w:val="21"/>
        </w:rPr>
        <w:t>(D)  delete everything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The best way to REDUCE bias is to…</w:t>
      </w:r>
    </w:p>
    <w:p>
      <w:pPr>
        <w:spacing w:after="20"/>
        <w:ind w:left="504"/>
      </w:pPr>
      <w:r>
        <w:rPr>
          <w:color w:val="1A1A2E"/>
          <w:sz w:val="21"/>
        </w:rPr>
        <w:t>(A)  use only one example</w:t>
      </w:r>
    </w:p>
    <w:p>
      <w:pPr>
        <w:spacing w:after="20"/>
        <w:ind w:left="504"/>
      </w:pPr>
      <w:r>
        <w:rPr>
          <w:color w:val="1A1A2E"/>
          <w:sz w:val="21"/>
        </w:rPr>
        <w:t>(B)  use diverse and balanced data</w:t>
      </w:r>
    </w:p>
    <w:p>
      <w:pPr>
        <w:spacing w:after="20"/>
        <w:ind w:left="504"/>
      </w:pPr>
      <w:r>
        <w:rPr>
          <w:color w:val="1A1A2E"/>
          <w:sz w:val="21"/>
        </w:rPr>
        <w:t>(C)  hide the results</w:t>
      </w:r>
    </w:p>
    <w:p>
      <w:pPr>
        <w:spacing w:after="20"/>
        <w:ind w:left="504"/>
      </w:pPr>
      <w:r>
        <w:rPr>
          <w:color w:val="1A1A2E"/>
          <w:sz w:val="21"/>
        </w:rPr>
        <w:t>(D)  use less data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0C7A52"/>
          <w:sz w:val="28"/>
        </w:rPr>
        <w:t>Activity 13. Ethics &amp; Responsible AI</w:t>
      </w:r>
    </w:p>
    <w:p>
      <w:r>
        <w:rPr>
          <w:i/>
          <w:color w:val="555566"/>
          <w:sz w:val="18"/>
        </w:rPr>
        <w:t>Chapter 4 — Ethics &amp; AI Bias Awareness   ·   plays on: ethics.html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AI ethics focus on…</w:t>
      </w:r>
    </w:p>
    <w:p>
      <w:pPr>
        <w:spacing w:after="20"/>
        <w:ind w:left="504"/>
      </w:pPr>
      <w:r>
        <w:rPr>
          <w:color w:val="1A1A2E"/>
          <w:sz w:val="21"/>
        </w:rPr>
        <w:t>(A)  ensuring AI is used responsibly and fairly</w:t>
      </w:r>
    </w:p>
    <w:p>
      <w:pPr>
        <w:spacing w:after="20"/>
        <w:ind w:left="504"/>
      </w:pPr>
      <w:r>
        <w:rPr>
          <w:color w:val="1A1A2E"/>
          <w:sz w:val="21"/>
        </w:rPr>
        <w:t>(B)  deleting apps</w:t>
      </w:r>
    </w:p>
    <w:p>
      <w:pPr>
        <w:spacing w:after="20"/>
        <w:ind w:left="504"/>
      </w:pPr>
      <w:r>
        <w:rPr>
          <w:color w:val="1A1A2E"/>
          <w:sz w:val="21"/>
        </w:rPr>
        <w:t>(C)  selling data</w:t>
      </w:r>
    </w:p>
    <w:p>
      <w:pPr>
        <w:spacing w:after="20"/>
        <w:ind w:left="504"/>
      </w:pPr>
      <w:r>
        <w:rPr>
          <w:color w:val="1A1A2E"/>
          <w:sz w:val="21"/>
        </w:rPr>
        <w:t>(D)  making machines faster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Privacy means…</w:t>
      </w:r>
    </w:p>
    <w:p>
      <w:pPr>
        <w:spacing w:after="20"/>
        <w:ind w:left="504"/>
      </w:pPr>
      <w:r>
        <w:rPr>
          <w:color w:val="1A1A2E"/>
          <w:sz w:val="21"/>
        </w:rPr>
        <w:t>(A)  sharing everything online</w:t>
      </w:r>
    </w:p>
    <w:p>
      <w:pPr>
        <w:spacing w:after="20"/>
        <w:ind w:left="504"/>
      </w:pPr>
      <w:r>
        <w:rPr>
          <w:color w:val="1A1A2E"/>
          <w:sz w:val="21"/>
        </w:rPr>
        <w:t>(B)  hiding from society</w:t>
      </w:r>
    </w:p>
    <w:p>
      <w:pPr>
        <w:spacing w:after="20"/>
        <w:ind w:left="504"/>
      </w:pPr>
      <w:r>
        <w:rPr>
          <w:color w:val="1A1A2E"/>
          <w:sz w:val="21"/>
        </w:rPr>
        <w:t>(C)  protecting your personal information</w:t>
      </w:r>
    </w:p>
    <w:p>
      <w:pPr>
        <w:spacing w:after="20"/>
        <w:ind w:left="504"/>
      </w:pPr>
      <w:r>
        <w:rPr>
          <w:color w:val="1A1A2E"/>
          <w:sz w:val="21"/>
        </w:rPr>
        <w:t>(D)  deleting your account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Misinformation means…</w:t>
      </w:r>
    </w:p>
    <w:p>
      <w:pPr>
        <w:spacing w:after="20"/>
        <w:ind w:left="504"/>
      </w:pPr>
      <w:r>
        <w:rPr>
          <w:color w:val="1A1A2E"/>
          <w:sz w:val="21"/>
        </w:rPr>
        <w:t>(A)  fast internet</w:t>
      </w:r>
    </w:p>
    <w:p>
      <w:pPr>
        <w:spacing w:after="20"/>
        <w:ind w:left="504"/>
      </w:pPr>
      <w:r>
        <w:rPr>
          <w:color w:val="1A1A2E"/>
          <w:sz w:val="21"/>
        </w:rPr>
        <w:t>(B)  a strong password</w:t>
      </w:r>
    </w:p>
    <w:p>
      <w:pPr>
        <w:spacing w:after="20"/>
        <w:ind w:left="504"/>
      </w:pPr>
      <w:r>
        <w:rPr>
          <w:color w:val="1A1A2E"/>
          <w:sz w:val="21"/>
        </w:rPr>
        <w:t>(C)  incorrect or misleading information</w:t>
      </w:r>
    </w:p>
    <w:p>
      <w:pPr>
        <w:spacing w:after="20"/>
        <w:ind w:left="504"/>
      </w:pPr>
      <w:r>
        <w:rPr>
          <w:color w:val="1A1A2E"/>
          <w:sz w:val="21"/>
        </w:rPr>
        <w:t>(D)  a type of computer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Before sharing information online, you should…</w:t>
      </w:r>
    </w:p>
    <w:p>
      <w:pPr>
        <w:spacing w:after="20"/>
        <w:ind w:left="504"/>
      </w:pPr>
      <w:r>
        <w:rPr>
          <w:color w:val="1A1A2E"/>
          <w:sz w:val="21"/>
        </w:rPr>
        <w:t>(A)  forward it to everyone</w:t>
      </w:r>
    </w:p>
    <w:p>
      <w:pPr>
        <w:spacing w:after="20"/>
        <w:ind w:left="504"/>
      </w:pPr>
      <w:r>
        <w:rPr>
          <w:color w:val="1A1A2E"/>
          <w:sz w:val="21"/>
        </w:rPr>
        <w:t>(B)  add your password</w:t>
      </w:r>
    </w:p>
    <w:p>
      <w:pPr>
        <w:spacing w:after="20"/>
        <w:ind w:left="504"/>
      </w:pPr>
      <w:r>
        <w:rPr>
          <w:color w:val="1A1A2E"/>
          <w:sz w:val="21"/>
        </w:rPr>
        <w:t>(C)  think why it's needed and check the source</w:t>
      </w:r>
    </w:p>
    <w:p>
      <w:pPr>
        <w:spacing w:after="20"/>
        <w:ind w:left="504"/>
      </w:pPr>
      <w:r>
        <w:rPr>
          <w:color w:val="1A1A2E"/>
          <w:sz w:val="21"/>
        </w:rPr>
        <w:t>(D)  share it instantly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Who must remain responsible for an AI's decisions?</w:t>
      </w:r>
    </w:p>
    <w:p>
      <w:pPr>
        <w:spacing w:after="20"/>
        <w:ind w:left="504"/>
      </w:pPr>
      <w:r>
        <w:rPr>
          <w:color w:val="1A1A2E"/>
          <w:sz w:val="21"/>
        </w:rPr>
        <w:t>(A)  the machine alone</w:t>
      </w:r>
    </w:p>
    <w:p>
      <w:pPr>
        <w:spacing w:after="20"/>
        <w:ind w:left="504"/>
      </w:pPr>
      <w:r>
        <w:rPr>
          <w:color w:val="1A1A2E"/>
          <w:sz w:val="21"/>
        </w:rPr>
        <w:t>(B)  the internet</w:t>
      </w:r>
    </w:p>
    <w:p>
      <w:pPr>
        <w:spacing w:after="20"/>
        <w:ind w:left="504"/>
      </w:pPr>
      <w:r>
        <w:rPr>
          <w:color w:val="1A1A2E"/>
          <w:sz w:val="21"/>
        </w:rPr>
        <w:t>(C)  no one</w:t>
      </w:r>
    </w:p>
    <w:p>
      <w:pPr>
        <w:spacing w:after="20"/>
        <w:ind w:left="504"/>
      </w:pPr>
      <w:r>
        <w:rPr>
          <w:color w:val="1A1A2E"/>
          <w:sz w:val="21"/>
        </w:rPr>
        <w:t>(D)  humans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br w:type="page"/>
      </w:r>
    </w:p>
    <w:p>
      <w:r>
        <w:rPr>
          <w:b/>
          <w:color w:val="0C7A52"/>
          <w:sz w:val="36"/>
        </w:rPr>
        <w:t>Answer Key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Activity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Q1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Q2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Q3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Q4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Q5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1. Computer Vision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2. Tokenization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3. Cleaning Words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4. Word Numbers (Embeddings)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5. Guess the Next Word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6. Classification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7. Regression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8. Clustering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9. Datasets &amp; the Split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10. AI Around Us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11. Data Visualisation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12. Bias &amp; Fairness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13. Ethics &amp; Responsible AI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